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155" w:rsidRPr="00F27155" w:rsidRDefault="00F27155">
      <w:pPr>
        <w:jc w:val="center"/>
        <w:rPr>
          <w:b/>
          <w:sz w:val="20"/>
        </w:rPr>
      </w:pPr>
      <w:proofErr w:type="spellStart"/>
      <w:r w:rsidRPr="00F27155">
        <w:rPr>
          <w:b/>
          <w:sz w:val="20"/>
        </w:rPr>
        <w:t>Vprašanja</w:t>
      </w:r>
      <w:proofErr w:type="spellEnd"/>
      <w:r w:rsidRPr="00F27155">
        <w:rPr>
          <w:b/>
          <w:sz w:val="20"/>
        </w:rPr>
        <w:t xml:space="preserve"> in </w:t>
      </w:r>
      <w:proofErr w:type="spellStart"/>
      <w:r w:rsidRPr="00F27155">
        <w:rPr>
          <w:b/>
          <w:sz w:val="20"/>
        </w:rPr>
        <w:t>odgovori</w:t>
      </w:r>
      <w:proofErr w:type="spellEnd"/>
      <w:r w:rsidRPr="00F27155">
        <w:rPr>
          <w:b/>
          <w:sz w:val="20"/>
        </w:rPr>
        <w:t xml:space="preserve"> </w:t>
      </w:r>
    </w:p>
    <w:p w:rsidR="00643FFB" w:rsidRPr="00F27155" w:rsidRDefault="00F27155">
      <w:pPr>
        <w:jc w:val="center"/>
        <w:rPr>
          <w:sz w:val="20"/>
        </w:rPr>
      </w:pPr>
      <w:r w:rsidRPr="00F27155">
        <w:rPr>
          <w:b/>
        </w:rPr>
        <w:t>MEDNARODNA BLAGOVNA MENJAVA</w:t>
      </w:r>
    </w:p>
    <w:p w:rsidR="00643FFB" w:rsidRDefault="00643FFB"/>
    <w:p w:rsidR="00643FFB" w:rsidRDefault="00F27155" w:rsidP="00F27155">
      <w:pPr>
        <w:pStyle w:val="Odstavekseznama"/>
        <w:numPr>
          <w:ilvl w:val="0"/>
          <w:numId w:val="13"/>
        </w:numPr>
      </w:pPr>
      <w:r w:rsidRPr="00F27155">
        <w:rPr>
          <w:b/>
          <w:sz w:val="26"/>
        </w:rPr>
        <w:t>MEDNARODNA BLAGOVNA MENJAVA IN TOKOVI</w:t>
      </w:r>
    </w:p>
    <w:p w:rsidR="00643FFB" w:rsidRDefault="00F27155" w:rsidP="00F27155">
      <w:pPr>
        <w:jc w:val="both"/>
      </w:pPr>
      <w:r>
        <w:rPr>
          <w:b/>
        </w:rPr>
        <w:t>1</w:t>
      </w:r>
      <w:r>
        <w:rPr>
          <w:b/>
        </w:rPr>
        <w:t xml:space="preserve">. Pojasni pomen mednarodne </w:t>
      </w:r>
      <w:r>
        <w:rPr>
          <w:b/>
        </w:rPr>
        <w:t>blagovne menjave in njen vpliv na gospodarstvo.</w:t>
      </w:r>
    </w:p>
    <w:p w:rsidR="00643FFB" w:rsidRDefault="00F27155" w:rsidP="00F27155">
      <w:pPr>
        <w:jc w:val="both"/>
      </w:pPr>
      <w:proofErr w:type="spellStart"/>
      <w:r>
        <w:t>Mednarodna</w:t>
      </w:r>
      <w:proofErr w:type="spellEnd"/>
      <w:r>
        <w:t xml:space="preserve"> </w:t>
      </w:r>
      <w:proofErr w:type="spellStart"/>
      <w:r>
        <w:t>blagovna</w:t>
      </w:r>
      <w:proofErr w:type="spellEnd"/>
      <w:r>
        <w:t xml:space="preserve"> </w:t>
      </w:r>
      <w:proofErr w:type="spellStart"/>
      <w:r>
        <w:t>menjava</w:t>
      </w:r>
      <w:proofErr w:type="spellEnd"/>
      <w:r>
        <w:t xml:space="preserve"> </w:t>
      </w:r>
      <w:proofErr w:type="spellStart"/>
      <w:r>
        <w:t>pomeni</w:t>
      </w:r>
      <w:proofErr w:type="spellEnd"/>
      <w:r>
        <w:t xml:space="preserve"> </w:t>
      </w:r>
      <w:r>
        <w:rPr>
          <w:b/>
        </w:rPr>
        <w:t>izmenjavo blaga in storitev med različnimi državami</w:t>
      </w:r>
      <w:r>
        <w:t xml:space="preserve"> in predstavlja </w:t>
      </w:r>
      <w:r>
        <w:rPr>
          <w:b/>
        </w:rPr>
        <w:t>temelj sodobnega globalnega gospodarstva</w:t>
      </w:r>
      <w:r>
        <w:t xml:space="preserve">. Njena glavna prednost je </w:t>
      </w:r>
      <w:r>
        <w:rPr>
          <w:b/>
        </w:rPr>
        <w:t>spodbujanje gospodarske rasti</w:t>
      </w:r>
      <w:r>
        <w:t>,</w:t>
      </w:r>
      <w:r>
        <w:t xml:space="preserve"> saj države, ki aktivno sodelujejo v mednarodni trgovini, povečujejo svojo proizvodnjo, izvoz in posledično tudi bruto domači proizvod. Poleg tega omogoča </w:t>
      </w:r>
      <w:r>
        <w:rPr>
          <w:b/>
        </w:rPr>
        <w:t>dostop do surovin</w:t>
      </w:r>
      <w:r>
        <w:t xml:space="preserve">, ki jih posamezna država nima, na primer nafte ali redkih kovin. Pomemben vidik je </w:t>
      </w:r>
      <w:r>
        <w:t xml:space="preserve">tudi </w:t>
      </w:r>
      <w:r>
        <w:rPr>
          <w:b/>
        </w:rPr>
        <w:t>raznolikost izdelkov</w:t>
      </w:r>
      <w:r>
        <w:t xml:space="preserve">, saj imajo potrošniki na voljo širšo izbiro po konkurenčnih cenah. V praksi to pomeni, da lahko država proizvaja tisto, kar dela najbolje, ostalo pa uvaža, kar </w:t>
      </w:r>
      <w:r>
        <w:rPr>
          <w:b/>
        </w:rPr>
        <w:t>povečuje učinkovitost gospodarstva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 xml:space="preserve">2. Razloži mednarodno delitev </w:t>
      </w:r>
      <w:r>
        <w:rPr>
          <w:b/>
        </w:rPr>
        <w:t>dela in navedi primere.</w:t>
      </w:r>
    </w:p>
    <w:p w:rsidR="00643FFB" w:rsidRDefault="00F27155" w:rsidP="00F27155">
      <w:pPr>
        <w:jc w:val="both"/>
      </w:pPr>
      <w:proofErr w:type="spellStart"/>
      <w:r>
        <w:t>Mednarodna</w:t>
      </w:r>
      <w:proofErr w:type="spellEnd"/>
      <w:r>
        <w:t xml:space="preserve"> </w:t>
      </w:r>
      <w:proofErr w:type="spellStart"/>
      <w:r>
        <w:t>delitev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pomeni</w:t>
      </w:r>
      <w:proofErr w:type="spellEnd"/>
      <w:r>
        <w:t xml:space="preserve">, da </w:t>
      </w:r>
      <w:r>
        <w:rPr>
          <w:b/>
        </w:rPr>
        <w:t>se države specializirajo</w:t>
      </w:r>
      <w:r>
        <w:t xml:space="preserve"> za proizvodnjo določenih izdelkov ali storitev, kjer imajo </w:t>
      </w:r>
      <w:r>
        <w:rPr>
          <w:b/>
        </w:rPr>
        <w:t>primerjalne prednosti</w:t>
      </w:r>
      <w:r>
        <w:t xml:space="preserve">. Te prednosti lahko izhajajo iz </w:t>
      </w:r>
      <w:r>
        <w:rPr>
          <w:b/>
        </w:rPr>
        <w:t>naravnih virov, tehnologije ali znanja</w:t>
      </w:r>
      <w:r>
        <w:t xml:space="preserve">. Na primer </w:t>
      </w:r>
      <w:r>
        <w:t xml:space="preserve">arabske države proizvajajo nafto, Nemčija avtomobile, Kitajska elektroniko, Indija IT storitve, Švica bančne storitve in Singapur logistične storitve. Takšna specializacija omogoča </w:t>
      </w:r>
      <w:r>
        <w:rPr>
          <w:b/>
        </w:rPr>
        <w:t>večjo produktivnost</w:t>
      </w:r>
      <w:r>
        <w:t xml:space="preserve">, </w:t>
      </w:r>
      <w:r>
        <w:rPr>
          <w:b/>
        </w:rPr>
        <w:t>nižje stroške proizvodnje</w:t>
      </w:r>
      <w:r>
        <w:t xml:space="preserve"> in </w:t>
      </w:r>
      <w:r>
        <w:rPr>
          <w:b/>
        </w:rPr>
        <w:t>boljšo konkurenčnost</w:t>
      </w:r>
      <w:r>
        <w:t xml:space="preserve"> na s</w:t>
      </w:r>
      <w:r>
        <w:t xml:space="preserve">vetovnem trgu. Posledično pride do večje učinkovitosti in </w:t>
      </w:r>
      <w:proofErr w:type="spellStart"/>
      <w:r>
        <w:rPr>
          <w:b/>
        </w:rPr>
        <w:t>medsebojne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odvisnosti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držav</w:t>
      </w:r>
      <w:proofErr w:type="spellEnd"/>
      <w:r>
        <w:t>.</w:t>
      </w:r>
    </w:p>
    <w:p w:rsidR="00643FFB" w:rsidRDefault="00F27155" w:rsidP="00F27155">
      <w:pPr>
        <w:jc w:val="both"/>
      </w:pPr>
      <w:r>
        <w:rPr>
          <w:b/>
        </w:rPr>
        <w:t>3. Opiši razvoj trgovinskih doktrin od merkantilizma do moderne teorije.</w:t>
      </w:r>
    </w:p>
    <w:p w:rsidR="00643FFB" w:rsidRDefault="00F27155" w:rsidP="00F27155">
      <w:pPr>
        <w:jc w:val="both"/>
      </w:pPr>
      <w:proofErr w:type="spellStart"/>
      <w:r>
        <w:t>Razvoj</w:t>
      </w:r>
      <w:proofErr w:type="spellEnd"/>
      <w:r>
        <w:t xml:space="preserve"> </w:t>
      </w:r>
      <w:proofErr w:type="spellStart"/>
      <w:r>
        <w:t>trgovinskih</w:t>
      </w:r>
      <w:proofErr w:type="spellEnd"/>
      <w:r>
        <w:t xml:space="preserve"> </w:t>
      </w:r>
      <w:proofErr w:type="spellStart"/>
      <w:r>
        <w:t>doktrin</w:t>
      </w:r>
      <w:proofErr w:type="spellEnd"/>
      <w:r>
        <w:t xml:space="preserve"> </w:t>
      </w:r>
      <w:proofErr w:type="spellStart"/>
      <w:r>
        <w:t>odraža</w:t>
      </w:r>
      <w:proofErr w:type="spellEnd"/>
      <w:r>
        <w:t xml:space="preserve"> spremembe v razumevanju mednarodne trgovine. </w:t>
      </w:r>
      <w:r>
        <w:rPr>
          <w:b/>
        </w:rPr>
        <w:t>Merk</w:t>
      </w:r>
      <w:r>
        <w:rPr>
          <w:b/>
        </w:rPr>
        <w:t>antilizem</w:t>
      </w:r>
      <w:r>
        <w:t xml:space="preserve"> (16.–18. stoletje) je zagovarjal, da mora država </w:t>
      </w:r>
      <w:r>
        <w:rPr>
          <w:b/>
        </w:rPr>
        <w:t>več izvažati kot uvažati</w:t>
      </w:r>
      <w:r>
        <w:t xml:space="preserve"> in </w:t>
      </w:r>
      <w:r>
        <w:rPr>
          <w:b/>
        </w:rPr>
        <w:t>kopičiti zlato</w:t>
      </w:r>
      <w:r>
        <w:t xml:space="preserve">. Država je </w:t>
      </w:r>
      <w:r>
        <w:rPr>
          <w:b/>
        </w:rPr>
        <w:t>močno nadzorovala trgovino</w:t>
      </w:r>
      <w:r>
        <w:t xml:space="preserve">. Klasična teorija (Adam Smith, David Ricardo) je uvedla idejo </w:t>
      </w:r>
      <w:r>
        <w:rPr>
          <w:b/>
        </w:rPr>
        <w:t>prostotrgovine in specializacije</w:t>
      </w:r>
      <w:r>
        <w:t>, kjer države proizvaj</w:t>
      </w:r>
      <w:r>
        <w:t xml:space="preserve">ajo tisto, kar znajo najbolje. Moderna teorija pa poleg ekonomskih dejavnikov upošteva tudi </w:t>
      </w:r>
      <w:r>
        <w:rPr>
          <w:b/>
        </w:rPr>
        <w:t>okoljske, socialne in politične vidike</w:t>
      </w:r>
      <w:r>
        <w:t xml:space="preserve"> ter poudarja </w:t>
      </w:r>
      <w:r>
        <w:rPr>
          <w:b/>
        </w:rPr>
        <w:t>trajnostni razvoj in pravično trgovino</w:t>
      </w:r>
      <w:r>
        <w:t>.</w:t>
      </w:r>
    </w:p>
    <w:p w:rsidR="00F27155" w:rsidRDefault="00F27155">
      <w:pPr>
        <w:rPr>
          <w:b/>
        </w:rPr>
      </w:pPr>
      <w:r>
        <w:rPr>
          <w:b/>
        </w:rPr>
        <w:br w:type="page"/>
      </w:r>
    </w:p>
    <w:p w:rsidR="00643FFB" w:rsidRDefault="00F27155" w:rsidP="00F27155">
      <w:pPr>
        <w:jc w:val="both"/>
      </w:pPr>
      <w:r>
        <w:rPr>
          <w:b/>
        </w:rPr>
        <w:lastRenderedPageBreak/>
        <w:t>4. Opiši domače in mednarodne blagovne tokove.</w:t>
      </w:r>
    </w:p>
    <w:p w:rsidR="00643FFB" w:rsidRDefault="00F27155" w:rsidP="00F27155">
      <w:pPr>
        <w:jc w:val="both"/>
      </w:pPr>
      <w:proofErr w:type="spellStart"/>
      <w:r>
        <w:t>Domači</w:t>
      </w:r>
      <w:proofErr w:type="spellEnd"/>
      <w:r>
        <w:t xml:space="preserve"> </w:t>
      </w:r>
      <w:proofErr w:type="spellStart"/>
      <w:r>
        <w:t>blago</w:t>
      </w:r>
      <w:r>
        <w:t>vni</w:t>
      </w:r>
      <w:proofErr w:type="spellEnd"/>
      <w:r>
        <w:t xml:space="preserve"> </w:t>
      </w:r>
      <w:proofErr w:type="spellStart"/>
      <w:r>
        <w:t>tokovi</w:t>
      </w:r>
      <w:proofErr w:type="spellEnd"/>
      <w:r>
        <w:t xml:space="preserve"> so relativno enostavni in potekajo </w:t>
      </w:r>
      <w:r>
        <w:rPr>
          <w:b/>
        </w:rPr>
        <w:t>od proizvajalca preko veleprodaje in maloprodaje do končnega potrošnika</w:t>
      </w:r>
      <w:r>
        <w:t xml:space="preserve">. V mednarodni trgovini pa so tokovi </w:t>
      </w:r>
      <w:r>
        <w:rPr>
          <w:b/>
        </w:rPr>
        <w:t>bolj kompleksni</w:t>
      </w:r>
      <w:r>
        <w:t xml:space="preserve">, saj vključujejo dodatne korake, kot so </w:t>
      </w:r>
      <w:r>
        <w:rPr>
          <w:b/>
        </w:rPr>
        <w:t>sklenitev kupoprodajne pogodbe</w:t>
      </w:r>
      <w:r>
        <w:t xml:space="preserve">, </w:t>
      </w:r>
      <w:r>
        <w:rPr>
          <w:b/>
        </w:rPr>
        <w:t>priprava dokum</w:t>
      </w:r>
      <w:r>
        <w:rPr>
          <w:b/>
        </w:rPr>
        <w:t>entacije</w:t>
      </w:r>
      <w:r>
        <w:t xml:space="preserve"> (fakture, certifikati), </w:t>
      </w:r>
      <w:r>
        <w:rPr>
          <w:b/>
        </w:rPr>
        <w:t>carinski postopki</w:t>
      </w:r>
      <w:r>
        <w:t xml:space="preserve"> ter </w:t>
      </w:r>
      <w:r>
        <w:rPr>
          <w:b/>
        </w:rPr>
        <w:t>organizacija transporta</w:t>
      </w:r>
      <w:r>
        <w:t xml:space="preserve">. To pomeni večje število udeležencev in večje tveganje, zato je </w:t>
      </w:r>
      <w:r>
        <w:rPr>
          <w:b/>
        </w:rPr>
        <w:t>organizacija logistike ključnega pomena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5. Pojasni vlogo carine v mednarodni trgovini in njen razvoj.</w:t>
      </w:r>
    </w:p>
    <w:p w:rsidR="00643FFB" w:rsidRDefault="00F27155" w:rsidP="00F27155">
      <w:pPr>
        <w:jc w:val="both"/>
      </w:pPr>
      <w:r>
        <w:t xml:space="preserve">Carina je </w:t>
      </w:r>
      <w:proofErr w:type="spellStart"/>
      <w:r>
        <w:rPr>
          <w:b/>
        </w:rPr>
        <w:t>državna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institucija</w:t>
      </w:r>
      <w:proofErr w:type="spellEnd"/>
      <w:r>
        <w:t xml:space="preserve">, ki </w:t>
      </w:r>
      <w:r>
        <w:rPr>
          <w:b/>
        </w:rPr>
        <w:t>nadzoruje pretok blaga čez meje</w:t>
      </w:r>
      <w:r>
        <w:t xml:space="preserve">. Ima </w:t>
      </w:r>
      <w:r>
        <w:rPr>
          <w:b/>
        </w:rPr>
        <w:t>tri glavne funkcije</w:t>
      </w:r>
      <w:r>
        <w:t xml:space="preserve">: </w:t>
      </w:r>
      <w:r>
        <w:rPr>
          <w:b/>
        </w:rPr>
        <w:t>varnostno</w:t>
      </w:r>
      <w:r>
        <w:t xml:space="preserve"> (preprečuje vnos nevarnega blaga), </w:t>
      </w:r>
      <w:r>
        <w:rPr>
          <w:b/>
        </w:rPr>
        <w:t>fiskalno</w:t>
      </w:r>
      <w:r>
        <w:t xml:space="preserve"> (pobira carine in davke) in </w:t>
      </w:r>
      <w:r>
        <w:rPr>
          <w:b/>
        </w:rPr>
        <w:t>statistično</w:t>
      </w:r>
      <w:r>
        <w:t xml:space="preserve"> (zbira podatke o trgovini). Zgodovinsko se je razvila od preprostih sistemov pobiranja dajatev do sodobnih digitaliziranih carinskih sistemov. Danes ima pomembno vlogo tudi pri </w:t>
      </w:r>
      <w:r>
        <w:rPr>
          <w:b/>
        </w:rPr>
        <w:t>zaščiti trga</w:t>
      </w:r>
      <w:r>
        <w:t xml:space="preserve"> in nadzoru nad </w:t>
      </w:r>
      <w:r>
        <w:rPr>
          <w:b/>
        </w:rPr>
        <w:t>zakonitostjo trgovine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 xml:space="preserve">6. Pojasni pomen EU za </w:t>
      </w:r>
      <w:r>
        <w:rPr>
          <w:b/>
        </w:rPr>
        <w:t>mednarodno trgovino Slovenije.</w:t>
      </w:r>
    </w:p>
    <w:p w:rsidR="00643FFB" w:rsidRDefault="00F27155" w:rsidP="00F27155">
      <w:pPr>
        <w:jc w:val="both"/>
      </w:pPr>
      <w:proofErr w:type="spellStart"/>
      <w:r>
        <w:t>Evropska</w:t>
      </w:r>
      <w:proofErr w:type="spellEnd"/>
      <w:r>
        <w:t xml:space="preserve"> </w:t>
      </w:r>
      <w:proofErr w:type="spellStart"/>
      <w:r>
        <w:t>unija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rPr>
          <w:b/>
        </w:rPr>
        <w:t>največji</w:t>
      </w:r>
      <w:proofErr w:type="spellEnd"/>
      <w:r>
        <w:rPr>
          <w:b/>
        </w:rPr>
        <w:t xml:space="preserve"> enotni trg na svetu</w:t>
      </w:r>
      <w:r>
        <w:t xml:space="preserve"> in je za Slovenijo </w:t>
      </w:r>
      <w:r>
        <w:rPr>
          <w:b/>
        </w:rPr>
        <w:t>ključni trgovinski partner</w:t>
      </w:r>
      <w:r>
        <w:t xml:space="preserve">. Prednost EU je </w:t>
      </w:r>
      <w:r>
        <w:rPr>
          <w:b/>
        </w:rPr>
        <w:t>carinska unija</w:t>
      </w:r>
      <w:r>
        <w:t xml:space="preserve">, kar pomeni, da med državami članicami </w:t>
      </w:r>
      <w:r>
        <w:rPr>
          <w:b/>
        </w:rPr>
        <w:t>ni carin</w:t>
      </w:r>
      <w:r>
        <w:t xml:space="preserve">. Poleg tega enotni trg omogoča </w:t>
      </w:r>
      <w:r>
        <w:rPr>
          <w:b/>
        </w:rPr>
        <w:t>pros</w:t>
      </w:r>
      <w:r>
        <w:rPr>
          <w:b/>
        </w:rPr>
        <w:t>t pretok blaga, storitev, kapitala in ljudi</w:t>
      </w:r>
      <w:r>
        <w:t xml:space="preserve">. To podjetjem omogoča </w:t>
      </w:r>
      <w:r>
        <w:rPr>
          <w:b/>
        </w:rPr>
        <w:t>lažje poslovanje</w:t>
      </w:r>
      <w:r>
        <w:t xml:space="preserve">, manj administracije in </w:t>
      </w:r>
      <w:r>
        <w:rPr>
          <w:b/>
        </w:rPr>
        <w:t>večjo konkurenčnost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7. Opiši sistem Intrastat in njegov pomen.</w:t>
      </w:r>
    </w:p>
    <w:p w:rsidR="00643FFB" w:rsidRDefault="00F27155" w:rsidP="00F27155">
      <w:pPr>
        <w:jc w:val="both"/>
      </w:pPr>
      <w:r>
        <w:t xml:space="preserve">Intrastat je </w:t>
      </w:r>
      <w:proofErr w:type="spellStart"/>
      <w:r>
        <w:rPr>
          <w:b/>
        </w:rPr>
        <w:t>sistem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zbiranja</w:t>
      </w:r>
      <w:proofErr w:type="spellEnd"/>
      <w:r>
        <w:rPr>
          <w:b/>
        </w:rPr>
        <w:t xml:space="preserve"> podatkov o trgovanju med državami EU</w:t>
      </w:r>
      <w:r>
        <w:t>. Podje</w:t>
      </w:r>
      <w:r>
        <w:t xml:space="preserve">tja, ki presežejo določen prag, morajo </w:t>
      </w:r>
      <w:r>
        <w:rPr>
          <w:b/>
        </w:rPr>
        <w:t>redno poročati</w:t>
      </w:r>
      <w:r>
        <w:t xml:space="preserve"> o svojih transakcijah. Ti podatki se uporabljajo za </w:t>
      </w:r>
      <w:r>
        <w:rPr>
          <w:b/>
        </w:rPr>
        <w:t>statistiko</w:t>
      </w:r>
      <w:r>
        <w:t xml:space="preserve">, </w:t>
      </w:r>
      <w:r>
        <w:rPr>
          <w:b/>
        </w:rPr>
        <w:t>oblikovanje gospodarske politike</w:t>
      </w:r>
      <w:r>
        <w:t xml:space="preserve"> in </w:t>
      </w:r>
      <w:r>
        <w:rPr>
          <w:b/>
        </w:rPr>
        <w:t>analizo trgovinskih tokov</w:t>
      </w:r>
      <w:r>
        <w:t xml:space="preserve">. Sistem omogoča </w:t>
      </w:r>
      <w:r>
        <w:rPr>
          <w:b/>
        </w:rPr>
        <w:t>boljši pregled nad notranjim trgom EU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8. Pojasni načine</w:t>
      </w:r>
      <w:r>
        <w:rPr>
          <w:b/>
        </w:rPr>
        <w:t xml:space="preserve"> omejevanja zunanje trgovine.</w:t>
      </w:r>
    </w:p>
    <w:p w:rsidR="00643FFB" w:rsidRDefault="00F27155" w:rsidP="00F27155">
      <w:pPr>
        <w:jc w:val="both"/>
      </w:pPr>
      <w:proofErr w:type="spellStart"/>
      <w:r>
        <w:t>Države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rPr>
          <w:b/>
        </w:rPr>
        <w:t>omejujejo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trgovino</w:t>
      </w:r>
      <w:proofErr w:type="spellEnd"/>
      <w:r>
        <w:rPr>
          <w:b/>
        </w:rPr>
        <w:t xml:space="preserve"> z različnimi ukrepi</w:t>
      </w:r>
      <w:r>
        <w:t xml:space="preserve">. </w:t>
      </w:r>
      <w:r>
        <w:rPr>
          <w:b/>
        </w:rPr>
        <w:t>Carinske ovire</w:t>
      </w:r>
      <w:r>
        <w:t xml:space="preserve"> vključujejo </w:t>
      </w:r>
      <w:r>
        <w:rPr>
          <w:b/>
        </w:rPr>
        <w:t>uvozne carine</w:t>
      </w:r>
      <w:r>
        <w:t xml:space="preserve">, </w:t>
      </w:r>
      <w:r>
        <w:rPr>
          <w:b/>
        </w:rPr>
        <w:t>necarinske</w:t>
      </w:r>
      <w:r>
        <w:t xml:space="preserve"> pa </w:t>
      </w:r>
      <w:r>
        <w:rPr>
          <w:b/>
        </w:rPr>
        <w:t>kvote, standarde in prepovedi</w:t>
      </w:r>
      <w:r>
        <w:t xml:space="preserve">. </w:t>
      </w:r>
      <w:r>
        <w:rPr>
          <w:b/>
        </w:rPr>
        <w:t>Administrativne ovire</w:t>
      </w:r>
      <w:r>
        <w:t xml:space="preserve"> vključujejo zapletene postopke in dolge čakalne dobe. </w:t>
      </w:r>
      <w:proofErr w:type="spellStart"/>
      <w:r>
        <w:t>N</w:t>
      </w:r>
      <w:r>
        <w:t>amen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ukrepov</w:t>
      </w:r>
      <w:proofErr w:type="spellEnd"/>
      <w:r>
        <w:t xml:space="preserve"> je </w:t>
      </w:r>
      <w:proofErr w:type="spellStart"/>
      <w:r>
        <w:rPr>
          <w:b/>
        </w:rPr>
        <w:t>zaščita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domačega</w:t>
      </w:r>
      <w:proofErr w:type="spellEnd"/>
      <w:r>
        <w:rPr>
          <w:b/>
        </w:rPr>
        <w:t xml:space="preserve"> gospodarstva</w:t>
      </w:r>
      <w:r>
        <w:t xml:space="preserve"> ali </w:t>
      </w:r>
      <w:r>
        <w:rPr>
          <w:b/>
        </w:rPr>
        <w:t>varnosti države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9. Pojasni trgovinsko bilanco in njen pomen.</w:t>
      </w:r>
    </w:p>
    <w:p w:rsidR="00643FFB" w:rsidRDefault="00F27155" w:rsidP="00F27155">
      <w:pPr>
        <w:jc w:val="both"/>
      </w:pPr>
      <w:proofErr w:type="spellStart"/>
      <w:r>
        <w:t>Trgovinska</w:t>
      </w:r>
      <w:proofErr w:type="spellEnd"/>
      <w:r>
        <w:t xml:space="preserve"> </w:t>
      </w:r>
      <w:proofErr w:type="spellStart"/>
      <w:r>
        <w:t>bilanca</w:t>
      </w:r>
      <w:proofErr w:type="spellEnd"/>
      <w:r>
        <w:t xml:space="preserve"> </w:t>
      </w:r>
      <w:proofErr w:type="spellStart"/>
      <w:r>
        <w:t>prikazuje</w:t>
      </w:r>
      <w:proofErr w:type="spellEnd"/>
      <w:r>
        <w:t xml:space="preserve"> </w:t>
      </w:r>
      <w:proofErr w:type="spellStart"/>
      <w:r>
        <w:rPr>
          <w:b/>
        </w:rPr>
        <w:t>razliko</w:t>
      </w:r>
      <w:proofErr w:type="spellEnd"/>
      <w:r>
        <w:rPr>
          <w:b/>
        </w:rPr>
        <w:t xml:space="preserve"> med izvozom in uvozom države</w:t>
      </w:r>
      <w:r>
        <w:t xml:space="preserve">. </w:t>
      </w:r>
      <w:r>
        <w:rPr>
          <w:b/>
        </w:rPr>
        <w:t>Pozitivna bilanca</w:t>
      </w:r>
      <w:r>
        <w:t xml:space="preserve"> pomeni, da država </w:t>
      </w:r>
      <w:r>
        <w:rPr>
          <w:b/>
        </w:rPr>
        <w:t>več izvozi kot uvozi</w:t>
      </w:r>
      <w:r>
        <w:t xml:space="preserve">, kar pomeni </w:t>
      </w:r>
      <w:r>
        <w:rPr>
          <w:b/>
        </w:rPr>
        <w:t>priliv denarja</w:t>
      </w:r>
      <w:r>
        <w:t xml:space="preserve">. </w:t>
      </w:r>
      <w:r>
        <w:rPr>
          <w:b/>
        </w:rPr>
        <w:t>Negativna bilanca</w:t>
      </w:r>
      <w:r>
        <w:t xml:space="preserve"> pomeni več uvoza kot izvoza. Ta kazalnik je pomemben za </w:t>
      </w:r>
      <w:r>
        <w:rPr>
          <w:b/>
        </w:rPr>
        <w:t>oceno gospodarske uspešnosti države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lastRenderedPageBreak/>
        <w:t>10. Pojasni izzive prihodnosti v mednarodni trgovini.</w:t>
      </w:r>
    </w:p>
    <w:p w:rsidR="00643FFB" w:rsidRDefault="00F27155" w:rsidP="00F27155">
      <w:pPr>
        <w:jc w:val="both"/>
      </w:pPr>
      <w:r>
        <w:t xml:space="preserve">Med </w:t>
      </w:r>
      <w:proofErr w:type="spellStart"/>
      <w:r>
        <w:rPr>
          <w:b/>
        </w:rPr>
        <w:t>ključne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izzive</w:t>
      </w:r>
      <w:proofErr w:type="spellEnd"/>
      <w:r>
        <w:t xml:space="preserve"> </w:t>
      </w:r>
      <w:proofErr w:type="spellStart"/>
      <w:r>
        <w:t>sodijo</w:t>
      </w:r>
      <w:proofErr w:type="spellEnd"/>
      <w:r>
        <w:t xml:space="preserve"> </w:t>
      </w:r>
      <w:r>
        <w:rPr>
          <w:b/>
        </w:rPr>
        <w:t>digitalizacija</w:t>
      </w:r>
      <w:r>
        <w:t xml:space="preserve">, </w:t>
      </w:r>
      <w:r>
        <w:rPr>
          <w:b/>
        </w:rPr>
        <w:t>trajnos</w:t>
      </w:r>
      <w:r>
        <w:rPr>
          <w:b/>
        </w:rPr>
        <w:t>tni razvoj</w:t>
      </w:r>
      <w:r>
        <w:t xml:space="preserve"> in </w:t>
      </w:r>
      <w:r>
        <w:rPr>
          <w:b/>
        </w:rPr>
        <w:t>geopolitična tveganja</w:t>
      </w:r>
      <w:r>
        <w:t xml:space="preserve">. Podjetja se morajo </w:t>
      </w:r>
      <w:r>
        <w:rPr>
          <w:b/>
        </w:rPr>
        <w:t>prilagajati novim tehnologijam</w:t>
      </w:r>
      <w:r>
        <w:t xml:space="preserve">, </w:t>
      </w:r>
      <w:r>
        <w:rPr>
          <w:b/>
        </w:rPr>
        <w:t>zmanjševati vpliv na okolje</w:t>
      </w:r>
      <w:r>
        <w:t xml:space="preserve"> in obvladovati tveganja, kot so </w:t>
      </w:r>
      <w:r>
        <w:rPr>
          <w:b/>
        </w:rPr>
        <w:t>trgovinske vojne</w:t>
      </w:r>
      <w:r>
        <w:t xml:space="preserve"> ali </w:t>
      </w:r>
      <w:r>
        <w:rPr>
          <w:b/>
        </w:rPr>
        <w:t>motnje v dobavnih verigah</w:t>
      </w:r>
      <w:r>
        <w:t>.</w:t>
      </w:r>
    </w:p>
    <w:p w:rsidR="00F27155" w:rsidRDefault="00F27155" w:rsidP="00F27155">
      <w:pPr>
        <w:rPr>
          <w:b/>
          <w:sz w:val="26"/>
        </w:rPr>
      </w:pPr>
    </w:p>
    <w:p w:rsidR="00643FFB" w:rsidRDefault="00F27155" w:rsidP="00F27155">
      <w:pPr>
        <w:pStyle w:val="Odstavekseznama"/>
        <w:numPr>
          <w:ilvl w:val="0"/>
          <w:numId w:val="12"/>
        </w:numPr>
      </w:pPr>
      <w:r w:rsidRPr="00F27155">
        <w:rPr>
          <w:b/>
          <w:sz w:val="26"/>
        </w:rPr>
        <w:t>MEDNARODNO POSLOVANJE</w:t>
      </w:r>
    </w:p>
    <w:p w:rsidR="00643FFB" w:rsidRDefault="00F27155" w:rsidP="00F27155">
      <w:pPr>
        <w:jc w:val="both"/>
      </w:pPr>
      <w:r>
        <w:rPr>
          <w:b/>
        </w:rPr>
        <w:t>1</w:t>
      </w:r>
      <w:r>
        <w:rPr>
          <w:b/>
        </w:rPr>
        <w:t xml:space="preserve">1. Razloži razloge za </w:t>
      </w:r>
      <w:r>
        <w:rPr>
          <w:b/>
        </w:rPr>
        <w:t>mednarodno poslovanje podjetij.</w:t>
      </w:r>
    </w:p>
    <w:p w:rsidR="00643FFB" w:rsidRDefault="00F27155" w:rsidP="00F27155">
      <w:pPr>
        <w:jc w:val="both"/>
      </w:pPr>
      <w:proofErr w:type="spellStart"/>
      <w:r>
        <w:t>Podjetja</w:t>
      </w:r>
      <w:proofErr w:type="spellEnd"/>
      <w:r>
        <w:t xml:space="preserve"> se </w:t>
      </w:r>
      <w:proofErr w:type="spellStart"/>
      <w:r>
        <w:t>odločajo</w:t>
      </w:r>
      <w:proofErr w:type="spellEnd"/>
      <w:r>
        <w:t xml:space="preserve"> za vstop na tuje trge zaradi </w:t>
      </w:r>
      <w:r>
        <w:rPr>
          <w:b/>
        </w:rPr>
        <w:t>pasivnih in aktivnih razlogov</w:t>
      </w:r>
      <w:r>
        <w:t xml:space="preserve">. </w:t>
      </w:r>
      <w:r>
        <w:rPr>
          <w:b/>
        </w:rPr>
        <w:t>Pasivni razlogi</w:t>
      </w:r>
      <w:r>
        <w:t xml:space="preserve"> so povezani s pritiski iz okolja, kot so </w:t>
      </w:r>
      <w:r>
        <w:rPr>
          <w:b/>
        </w:rPr>
        <w:t>nasičenost domačega trga</w:t>
      </w:r>
      <w:r>
        <w:t xml:space="preserve">, </w:t>
      </w:r>
      <w:r>
        <w:rPr>
          <w:b/>
        </w:rPr>
        <w:t>močna konkurenca</w:t>
      </w:r>
      <w:r>
        <w:t xml:space="preserve"> ali </w:t>
      </w:r>
      <w:r>
        <w:rPr>
          <w:b/>
        </w:rPr>
        <w:t>zmanjšanje povpraševanja</w:t>
      </w:r>
      <w:r>
        <w:t xml:space="preserve">, kar </w:t>
      </w:r>
      <w:r>
        <w:t xml:space="preserve">podjetje prisili v širitev. </w:t>
      </w:r>
      <w:r>
        <w:rPr>
          <w:b/>
        </w:rPr>
        <w:t>Aktivni razlogi</w:t>
      </w:r>
      <w:r>
        <w:t xml:space="preserve"> pa predstavljajo priložnosti, kot so </w:t>
      </w:r>
      <w:r>
        <w:rPr>
          <w:b/>
        </w:rPr>
        <w:t>povečanje dobička</w:t>
      </w:r>
      <w:r>
        <w:t xml:space="preserve">, </w:t>
      </w:r>
      <w:r>
        <w:rPr>
          <w:b/>
        </w:rPr>
        <w:t>širitev prodaje</w:t>
      </w:r>
      <w:r>
        <w:t xml:space="preserve">, </w:t>
      </w:r>
      <w:r>
        <w:rPr>
          <w:b/>
        </w:rPr>
        <w:t>izkoriščanje konkurenčnih prednosti</w:t>
      </w:r>
      <w:r>
        <w:t xml:space="preserve"> in </w:t>
      </w:r>
      <w:r>
        <w:rPr>
          <w:b/>
        </w:rPr>
        <w:t>zmanjšanje tveganja</w:t>
      </w:r>
      <w:r>
        <w:t xml:space="preserve"> z razpršitvijo poslovanja. V praksi podjetja pogosto kombinirajo oba tipa razlog</w:t>
      </w:r>
      <w:r>
        <w:t xml:space="preserve">ov pri odločitvi za </w:t>
      </w:r>
      <w:r>
        <w:rPr>
          <w:b/>
        </w:rPr>
        <w:t>internacionalizacijo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12. Pojasni SWOT analizo in njen pomen.</w:t>
      </w:r>
    </w:p>
    <w:p w:rsidR="00643FFB" w:rsidRDefault="00F27155" w:rsidP="00F27155">
      <w:pPr>
        <w:jc w:val="both"/>
      </w:pPr>
      <w:r>
        <w:t xml:space="preserve">SWOT </w:t>
      </w:r>
      <w:proofErr w:type="spellStart"/>
      <w:r>
        <w:t>analiza</w:t>
      </w:r>
      <w:proofErr w:type="spellEnd"/>
      <w:r>
        <w:t xml:space="preserve"> je </w:t>
      </w:r>
      <w:proofErr w:type="spellStart"/>
      <w:r>
        <w:rPr>
          <w:b/>
        </w:rPr>
        <w:t>strateško</w:t>
      </w:r>
      <w:proofErr w:type="spellEnd"/>
      <w:r>
        <w:rPr>
          <w:b/>
        </w:rPr>
        <w:t xml:space="preserve"> orodje</w:t>
      </w:r>
      <w:r>
        <w:t xml:space="preserve">, ki podjetju pomaga oceniti svoj položaj na trgu. Vključuje </w:t>
      </w:r>
      <w:r>
        <w:rPr>
          <w:b/>
        </w:rPr>
        <w:t>štiri elemente</w:t>
      </w:r>
      <w:r>
        <w:t xml:space="preserve">: </w:t>
      </w:r>
      <w:r>
        <w:rPr>
          <w:b/>
        </w:rPr>
        <w:t>prednosti</w:t>
      </w:r>
      <w:r>
        <w:t xml:space="preserve"> (npr. kakovost izdelkov), </w:t>
      </w:r>
      <w:r>
        <w:rPr>
          <w:b/>
        </w:rPr>
        <w:t>slabosti</w:t>
      </w:r>
      <w:r>
        <w:t xml:space="preserve"> (npr. p</w:t>
      </w:r>
      <w:r>
        <w:t xml:space="preserve">omanjkanje izkušenj), </w:t>
      </w:r>
      <w:r>
        <w:rPr>
          <w:b/>
        </w:rPr>
        <w:t>priložnosti</w:t>
      </w:r>
      <w:r>
        <w:t xml:space="preserve"> (npr. novi trgi) in </w:t>
      </w:r>
      <w:r>
        <w:rPr>
          <w:b/>
        </w:rPr>
        <w:t>grožnje</w:t>
      </w:r>
      <w:r>
        <w:t xml:space="preserve"> (npr. konkurenca ali politična nestabilnost). Analiza omogoča podjetju, da </w:t>
      </w:r>
      <w:r>
        <w:rPr>
          <w:b/>
        </w:rPr>
        <w:t>bolje razume svoje možnosti za uspeh</w:t>
      </w:r>
      <w:r>
        <w:t xml:space="preserve"> in sprejme </w:t>
      </w:r>
      <w:r>
        <w:rPr>
          <w:b/>
        </w:rPr>
        <w:t>ustrezne poslovne odločitve</w:t>
      </w:r>
      <w:r>
        <w:t xml:space="preserve"> pri vstopu na tuje trge.</w:t>
      </w:r>
    </w:p>
    <w:p w:rsidR="00643FFB" w:rsidRDefault="00F27155" w:rsidP="00F27155">
      <w:pPr>
        <w:jc w:val="both"/>
      </w:pPr>
      <w:r>
        <w:rPr>
          <w:b/>
        </w:rPr>
        <w:t>13. Pojasni de</w:t>
      </w:r>
      <w:r>
        <w:rPr>
          <w:b/>
        </w:rPr>
        <w:t>javnike izbire vstopa na tuji trg.</w:t>
      </w:r>
    </w:p>
    <w:p w:rsidR="00643FFB" w:rsidRDefault="00F27155" w:rsidP="00F27155">
      <w:pPr>
        <w:jc w:val="both"/>
      </w:pPr>
      <w:proofErr w:type="spellStart"/>
      <w:r>
        <w:t>Pri</w:t>
      </w:r>
      <w:proofErr w:type="spellEnd"/>
      <w:r>
        <w:t xml:space="preserve"> </w:t>
      </w:r>
      <w:proofErr w:type="spellStart"/>
      <w:r>
        <w:t>izbiri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vstopa</w:t>
      </w:r>
      <w:proofErr w:type="spellEnd"/>
      <w:r>
        <w:t xml:space="preserve"> na tuji trg podjetje upošteva </w:t>
      </w:r>
      <w:r>
        <w:rPr>
          <w:b/>
        </w:rPr>
        <w:t>več dejavnikov</w:t>
      </w:r>
      <w:r>
        <w:t xml:space="preserve">. Med najpomembnejšimi so </w:t>
      </w:r>
      <w:r>
        <w:rPr>
          <w:b/>
        </w:rPr>
        <w:t>značilnosti trga</w:t>
      </w:r>
      <w:r>
        <w:t xml:space="preserve"> (</w:t>
      </w:r>
      <w:r>
        <w:rPr>
          <w:b/>
        </w:rPr>
        <w:t>velikost, razvitost, kultura</w:t>
      </w:r>
      <w:r>
        <w:t xml:space="preserve">), </w:t>
      </w:r>
      <w:r>
        <w:rPr>
          <w:b/>
        </w:rPr>
        <w:t>značilnosti izdelka</w:t>
      </w:r>
      <w:r>
        <w:t xml:space="preserve"> (</w:t>
      </w:r>
      <w:r>
        <w:rPr>
          <w:b/>
        </w:rPr>
        <w:t>kompleksnost, potreba po prilagoditvi, transpor</w:t>
      </w:r>
      <w:r>
        <w:rPr>
          <w:b/>
        </w:rPr>
        <w:t>tni stroški</w:t>
      </w:r>
      <w:r>
        <w:t xml:space="preserve">) ter </w:t>
      </w:r>
      <w:r>
        <w:rPr>
          <w:b/>
        </w:rPr>
        <w:t>značilnosti podjetja</w:t>
      </w:r>
      <w:r>
        <w:t xml:space="preserve"> (</w:t>
      </w:r>
      <w:r>
        <w:rPr>
          <w:b/>
        </w:rPr>
        <w:t>finančna moč, izkušnje, kadri</w:t>
      </w:r>
      <w:r>
        <w:t xml:space="preserve">). Pravilna izbira strategije vstopa je </w:t>
      </w:r>
      <w:r>
        <w:rPr>
          <w:b/>
        </w:rPr>
        <w:t>ključna za uspeh na tujem trgu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14. Opiši oblike izvoza.</w:t>
      </w:r>
    </w:p>
    <w:p w:rsidR="00643FFB" w:rsidRDefault="00F27155" w:rsidP="00F27155">
      <w:pPr>
        <w:jc w:val="both"/>
      </w:pPr>
      <w:proofErr w:type="spellStart"/>
      <w:r>
        <w:t>Poznamo</w:t>
      </w:r>
      <w:proofErr w:type="spellEnd"/>
      <w:r>
        <w:t xml:space="preserve"> </w:t>
      </w:r>
      <w:r>
        <w:rPr>
          <w:b/>
        </w:rPr>
        <w:t xml:space="preserve">tri </w:t>
      </w:r>
      <w:proofErr w:type="spellStart"/>
      <w:r>
        <w:rPr>
          <w:b/>
        </w:rPr>
        <w:t>osnovne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oblike</w:t>
      </w:r>
      <w:proofErr w:type="spellEnd"/>
      <w:r>
        <w:rPr>
          <w:b/>
        </w:rPr>
        <w:t xml:space="preserve"> izvoza</w:t>
      </w:r>
      <w:r>
        <w:t xml:space="preserve">. </w:t>
      </w:r>
      <w:r>
        <w:rPr>
          <w:b/>
        </w:rPr>
        <w:t>Neposredni izvoz</w:t>
      </w:r>
      <w:r>
        <w:t xml:space="preserve"> pomeni, da podjetje samo i</w:t>
      </w:r>
      <w:r>
        <w:t xml:space="preserve">zvaja vse izvozne aktivnosti in ima </w:t>
      </w:r>
      <w:r>
        <w:rPr>
          <w:b/>
        </w:rPr>
        <w:t>popoln nadzor nad procesom</w:t>
      </w:r>
      <w:r>
        <w:t xml:space="preserve">. </w:t>
      </w:r>
      <w:r>
        <w:rPr>
          <w:b/>
        </w:rPr>
        <w:t>Posredni izvoz</w:t>
      </w:r>
      <w:r>
        <w:t xml:space="preserve"> vključuje posrednike, ki prevzamejo del odgovornosti, kar </w:t>
      </w:r>
      <w:r>
        <w:rPr>
          <w:b/>
        </w:rPr>
        <w:t>zmanjšuje tveganje</w:t>
      </w:r>
      <w:r>
        <w:t xml:space="preserve">, vendar tudi nadzor. </w:t>
      </w:r>
      <w:r>
        <w:rPr>
          <w:b/>
        </w:rPr>
        <w:t>Kooperativni izvoz</w:t>
      </w:r>
      <w:r>
        <w:t xml:space="preserve"> pa pomeni </w:t>
      </w:r>
      <w:r>
        <w:rPr>
          <w:b/>
        </w:rPr>
        <w:t>sodelovanje več podjetij</w:t>
      </w:r>
      <w:r>
        <w:t xml:space="preserve">, kar omogoča </w:t>
      </w:r>
      <w:r>
        <w:rPr>
          <w:b/>
        </w:rPr>
        <w:t>delitev stro</w:t>
      </w:r>
      <w:r>
        <w:rPr>
          <w:b/>
        </w:rPr>
        <w:t>škov in tveganj</w:t>
      </w:r>
      <w:r>
        <w:t>.</w:t>
      </w:r>
    </w:p>
    <w:p w:rsidR="00F27155" w:rsidRDefault="00F27155">
      <w:pPr>
        <w:rPr>
          <w:b/>
        </w:rPr>
      </w:pPr>
      <w:r>
        <w:rPr>
          <w:b/>
        </w:rPr>
        <w:br w:type="page"/>
      </w:r>
    </w:p>
    <w:p w:rsidR="00643FFB" w:rsidRDefault="00F27155" w:rsidP="00F27155">
      <w:pPr>
        <w:jc w:val="both"/>
      </w:pPr>
      <w:r>
        <w:rPr>
          <w:b/>
        </w:rPr>
        <w:lastRenderedPageBreak/>
        <w:t>15. Opiši pogodbene oblike mednarodnega poslovanja.</w:t>
      </w:r>
    </w:p>
    <w:p w:rsidR="00643FFB" w:rsidRDefault="00F27155" w:rsidP="00F27155">
      <w:pPr>
        <w:jc w:val="both"/>
      </w:pPr>
      <w:proofErr w:type="spellStart"/>
      <w:r>
        <w:t>Pogodbene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vključujejo</w:t>
      </w:r>
      <w:proofErr w:type="spellEnd"/>
      <w:r>
        <w:t xml:space="preserve"> </w:t>
      </w:r>
      <w:proofErr w:type="spellStart"/>
      <w:r>
        <w:rPr>
          <w:b/>
        </w:rPr>
        <w:t>licenciranje</w:t>
      </w:r>
      <w:proofErr w:type="spellEnd"/>
      <w:r>
        <w:t xml:space="preserve">, kjer podjetje prenese </w:t>
      </w:r>
      <w:r>
        <w:rPr>
          <w:b/>
        </w:rPr>
        <w:t>pravice do uporabe tehnologije ali blagovne znamke</w:t>
      </w:r>
      <w:r>
        <w:t xml:space="preserve">, </w:t>
      </w:r>
      <w:r>
        <w:rPr>
          <w:b/>
        </w:rPr>
        <w:t>franšizing</w:t>
      </w:r>
      <w:r>
        <w:t xml:space="preserve">, kjer gre za </w:t>
      </w:r>
      <w:r>
        <w:rPr>
          <w:b/>
        </w:rPr>
        <w:t>celoten poslovni model</w:t>
      </w:r>
      <w:r>
        <w:t xml:space="preserve">, </w:t>
      </w:r>
      <w:r>
        <w:rPr>
          <w:b/>
        </w:rPr>
        <w:t>management contracting</w:t>
      </w:r>
      <w:r>
        <w:t xml:space="preserve">, kjer podjetje </w:t>
      </w:r>
      <w:r>
        <w:rPr>
          <w:b/>
        </w:rPr>
        <w:t>vodi tuje podjetje</w:t>
      </w:r>
      <w:r>
        <w:t xml:space="preserve">, ter </w:t>
      </w:r>
      <w:r>
        <w:rPr>
          <w:b/>
        </w:rPr>
        <w:t>skupna vlaganja</w:t>
      </w:r>
      <w:r>
        <w:t xml:space="preserve">, kjer podjetja skupaj investirajo. Te oblike omogočajo </w:t>
      </w:r>
      <w:r>
        <w:rPr>
          <w:b/>
        </w:rPr>
        <w:t>širitev brez neposrednega izvoza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16. Pojasni pomen konkurence v mednarodni trgovini.</w:t>
      </w:r>
    </w:p>
    <w:p w:rsidR="00643FFB" w:rsidRDefault="00F27155" w:rsidP="00F27155">
      <w:pPr>
        <w:jc w:val="both"/>
      </w:pPr>
      <w:proofErr w:type="spellStart"/>
      <w:r>
        <w:t>Konkurenca</w:t>
      </w:r>
      <w:proofErr w:type="spellEnd"/>
      <w:r>
        <w:t xml:space="preserve"> je </w:t>
      </w:r>
      <w:proofErr w:type="spellStart"/>
      <w:r>
        <w:rPr>
          <w:b/>
        </w:rPr>
        <w:t>ključni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</w:t>
      </w:r>
      <w:r>
        <w:rPr>
          <w:b/>
        </w:rPr>
        <w:t>javnik</w:t>
      </w:r>
      <w:proofErr w:type="spellEnd"/>
      <w:r>
        <w:rPr>
          <w:b/>
        </w:rPr>
        <w:t xml:space="preserve"> razvoja</w:t>
      </w:r>
      <w:r>
        <w:t xml:space="preserve">, saj podjetja </w:t>
      </w:r>
      <w:r>
        <w:rPr>
          <w:b/>
        </w:rPr>
        <w:t>spodbuja k inovacijam</w:t>
      </w:r>
      <w:r>
        <w:t xml:space="preserve">, </w:t>
      </w:r>
      <w:r>
        <w:rPr>
          <w:b/>
        </w:rPr>
        <w:t>izboljšanju kakovosti izdelkov</w:t>
      </w:r>
      <w:r>
        <w:t xml:space="preserve"> in </w:t>
      </w:r>
      <w:r>
        <w:rPr>
          <w:b/>
        </w:rPr>
        <w:t>znižanju cen</w:t>
      </w:r>
      <w:r>
        <w:t xml:space="preserve">. Na mednarodnem trgu je konkurenca še večja, kar pomeni, da morajo podjetja </w:t>
      </w:r>
      <w:r>
        <w:rPr>
          <w:b/>
        </w:rPr>
        <w:t>stalno izboljševati svoje poslovanje</w:t>
      </w:r>
      <w:r>
        <w:t xml:space="preserve">, če želijo </w:t>
      </w:r>
      <w:r>
        <w:rPr>
          <w:b/>
        </w:rPr>
        <w:t>ostati konkurenčna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17. Pojas</w:t>
      </w:r>
      <w:r>
        <w:rPr>
          <w:b/>
        </w:rPr>
        <w:t>ni pomen globalizacije.</w:t>
      </w:r>
    </w:p>
    <w:p w:rsidR="00643FFB" w:rsidRDefault="00F27155" w:rsidP="00F27155">
      <w:pPr>
        <w:jc w:val="both"/>
      </w:pPr>
      <w:proofErr w:type="spellStart"/>
      <w:r>
        <w:t>Globalizacija</w:t>
      </w:r>
      <w:proofErr w:type="spellEnd"/>
      <w:r>
        <w:t xml:space="preserve"> </w:t>
      </w:r>
      <w:proofErr w:type="spellStart"/>
      <w:r>
        <w:t>pomeni</w:t>
      </w:r>
      <w:proofErr w:type="spellEnd"/>
      <w:r>
        <w:t xml:space="preserve"> </w:t>
      </w:r>
      <w:proofErr w:type="spellStart"/>
      <w:r>
        <w:rPr>
          <w:b/>
        </w:rPr>
        <w:t>povezovanje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svetovnih</w:t>
      </w:r>
      <w:proofErr w:type="spellEnd"/>
      <w:r>
        <w:rPr>
          <w:b/>
        </w:rPr>
        <w:t xml:space="preserve"> trgov in gospodarstev</w:t>
      </w:r>
      <w:r>
        <w:t xml:space="preserve">. Omogoča </w:t>
      </w:r>
      <w:r>
        <w:rPr>
          <w:b/>
        </w:rPr>
        <w:t>lažji pretok blaga, kapitala, informacij in ljudi</w:t>
      </w:r>
      <w:r>
        <w:t xml:space="preserve">. Posledično se </w:t>
      </w:r>
      <w:r>
        <w:rPr>
          <w:b/>
        </w:rPr>
        <w:t>povečuje obseg mednarodne trgovine</w:t>
      </w:r>
      <w:r>
        <w:t xml:space="preserve">, podjetja pa imajo </w:t>
      </w:r>
      <w:r>
        <w:rPr>
          <w:b/>
        </w:rPr>
        <w:t>dostop do novih trgov</w:t>
      </w:r>
      <w:r>
        <w:t xml:space="preserve">, vendar </w:t>
      </w:r>
      <w:r>
        <w:t xml:space="preserve">tudi </w:t>
      </w:r>
      <w:r>
        <w:rPr>
          <w:b/>
        </w:rPr>
        <w:t>večjo konkurenco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18. Pojasni vlogo mednarodnih organizacij.</w:t>
      </w:r>
    </w:p>
    <w:p w:rsidR="00643FFB" w:rsidRDefault="00F27155" w:rsidP="00F27155">
      <w:pPr>
        <w:jc w:val="both"/>
      </w:pPr>
      <w:proofErr w:type="spellStart"/>
      <w:r>
        <w:t>Mednarodne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imajo</w:t>
      </w:r>
      <w:proofErr w:type="spellEnd"/>
      <w:r>
        <w:t xml:space="preserve"> </w:t>
      </w:r>
      <w:proofErr w:type="spellStart"/>
      <w:r>
        <w:rPr>
          <w:b/>
        </w:rPr>
        <w:t>pomembno</w:t>
      </w:r>
      <w:proofErr w:type="spellEnd"/>
      <w:r>
        <w:rPr>
          <w:b/>
        </w:rPr>
        <w:t xml:space="preserve"> vlogo pri urejanju svetovne trgovine</w:t>
      </w:r>
      <w:r>
        <w:t xml:space="preserve">. </w:t>
      </w:r>
      <w:r>
        <w:rPr>
          <w:b/>
        </w:rPr>
        <w:t>OZN</w:t>
      </w:r>
      <w:r>
        <w:t xml:space="preserve"> skrbi za </w:t>
      </w:r>
      <w:r>
        <w:rPr>
          <w:b/>
        </w:rPr>
        <w:t>mir in sodelovanje</w:t>
      </w:r>
      <w:r>
        <w:t xml:space="preserve">, </w:t>
      </w:r>
      <w:r>
        <w:rPr>
          <w:b/>
        </w:rPr>
        <w:t>WTO</w:t>
      </w:r>
      <w:r>
        <w:t xml:space="preserve"> za </w:t>
      </w:r>
      <w:r>
        <w:rPr>
          <w:b/>
        </w:rPr>
        <w:t>pravila mednarodne trgovine in reševanje sporov</w:t>
      </w:r>
      <w:r>
        <w:t xml:space="preserve">, </w:t>
      </w:r>
      <w:r>
        <w:rPr>
          <w:b/>
        </w:rPr>
        <w:t>IMF</w:t>
      </w:r>
      <w:r>
        <w:t xml:space="preserve"> pa za </w:t>
      </w:r>
      <w:r>
        <w:rPr>
          <w:b/>
        </w:rPr>
        <w:t>stabilnost finančnega sistema</w:t>
      </w:r>
      <w:r>
        <w:t xml:space="preserve">. Njihova vloga je zagotavljanje </w:t>
      </w:r>
      <w:r>
        <w:rPr>
          <w:b/>
        </w:rPr>
        <w:t>stabilnega in predvidljivega poslovnega okolja</w:t>
      </w:r>
      <w:r>
        <w:t>.</w:t>
      </w:r>
    </w:p>
    <w:p w:rsidR="00643FFB" w:rsidRDefault="00643FFB" w:rsidP="00F27155">
      <w:pPr>
        <w:jc w:val="both"/>
      </w:pPr>
    </w:p>
    <w:p w:rsidR="00643FFB" w:rsidRDefault="00F27155" w:rsidP="00F27155">
      <w:pPr>
        <w:pStyle w:val="Odstavekseznama"/>
        <w:numPr>
          <w:ilvl w:val="0"/>
          <w:numId w:val="14"/>
        </w:numPr>
        <w:jc w:val="both"/>
      </w:pPr>
      <w:r w:rsidRPr="00F27155">
        <w:rPr>
          <w:b/>
          <w:sz w:val="26"/>
        </w:rPr>
        <w:t>TRANSPORT IN LOGISTIKA</w:t>
      </w:r>
    </w:p>
    <w:p w:rsidR="00643FFB" w:rsidRDefault="00F27155" w:rsidP="00F27155">
      <w:pPr>
        <w:jc w:val="both"/>
      </w:pPr>
      <w:r>
        <w:rPr>
          <w:b/>
        </w:rPr>
        <w:t>1</w:t>
      </w:r>
      <w:r>
        <w:rPr>
          <w:b/>
        </w:rPr>
        <w:t>9. Pojasni pomen logistike v mednarodni trgovini.</w:t>
      </w:r>
    </w:p>
    <w:p w:rsidR="00643FFB" w:rsidRDefault="00F27155" w:rsidP="00F27155">
      <w:pPr>
        <w:jc w:val="both"/>
      </w:pPr>
      <w:proofErr w:type="spellStart"/>
      <w:r>
        <w:t>Logistika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rPr>
          <w:b/>
        </w:rPr>
        <w:t>ključno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vlogo</w:t>
      </w:r>
      <w:proofErr w:type="spellEnd"/>
      <w:r>
        <w:t xml:space="preserve"> v mednarodni trgovini, sa</w:t>
      </w:r>
      <w:r>
        <w:t xml:space="preserve">j omogoča </w:t>
      </w:r>
      <w:r>
        <w:rPr>
          <w:b/>
        </w:rPr>
        <w:t>načrtovanje, organizacijo in nadzor</w:t>
      </w:r>
      <w:r>
        <w:t xml:space="preserve"> nad </w:t>
      </w:r>
      <w:r>
        <w:rPr>
          <w:b/>
        </w:rPr>
        <w:t>pretokom blaga od proizvajalca do končnega kupca</w:t>
      </w:r>
      <w:r>
        <w:t xml:space="preserve">. V mednarodnem okolju je logistika še posebej pomembna zaradi </w:t>
      </w:r>
      <w:r>
        <w:rPr>
          <w:b/>
        </w:rPr>
        <w:t>večjih razdalj, različnih zakonodaj in večjega števila udeležencev</w:t>
      </w:r>
      <w:r>
        <w:t>. Njena naloga je, da zagotov</w:t>
      </w:r>
      <w:r>
        <w:t xml:space="preserve">i </w:t>
      </w:r>
      <w:r>
        <w:rPr>
          <w:b/>
        </w:rPr>
        <w:t>pravo blago, na pravem mestu, ob pravem času</w:t>
      </w:r>
      <w:r>
        <w:t xml:space="preserve"> in po </w:t>
      </w:r>
      <w:r>
        <w:rPr>
          <w:b/>
        </w:rPr>
        <w:t>najnižjih možnih stroških</w:t>
      </w:r>
      <w:r>
        <w:t xml:space="preserve">. Dobra logistika </w:t>
      </w:r>
      <w:r>
        <w:rPr>
          <w:b/>
        </w:rPr>
        <w:t>povečuje konkurenčnost podjetja</w:t>
      </w:r>
      <w:r>
        <w:t xml:space="preserve">, saj omogoča </w:t>
      </w:r>
      <w:r>
        <w:rPr>
          <w:b/>
        </w:rPr>
        <w:t>hitrejšo dostavo</w:t>
      </w:r>
      <w:r>
        <w:t xml:space="preserve"> in </w:t>
      </w:r>
      <w:r>
        <w:rPr>
          <w:b/>
        </w:rPr>
        <w:t>večjo zanesljivost dobave</w:t>
      </w:r>
      <w:r>
        <w:t>.</w:t>
      </w:r>
    </w:p>
    <w:p w:rsidR="00F27155" w:rsidRDefault="00F27155">
      <w:pPr>
        <w:rPr>
          <w:b/>
        </w:rPr>
      </w:pPr>
      <w:r>
        <w:rPr>
          <w:b/>
        </w:rPr>
        <w:br w:type="page"/>
      </w:r>
    </w:p>
    <w:p w:rsidR="00643FFB" w:rsidRDefault="00F27155" w:rsidP="00F27155">
      <w:pPr>
        <w:jc w:val="both"/>
      </w:pPr>
      <w:r>
        <w:rPr>
          <w:b/>
        </w:rPr>
        <w:lastRenderedPageBreak/>
        <w:t>20. Opiši oskrbovalno verigo.</w:t>
      </w:r>
    </w:p>
    <w:p w:rsidR="00643FFB" w:rsidRDefault="00F27155" w:rsidP="00F27155">
      <w:pPr>
        <w:jc w:val="both"/>
      </w:pPr>
      <w:proofErr w:type="spellStart"/>
      <w:r>
        <w:t>Oskrbovalna</w:t>
      </w:r>
      <w:proofErr w:type="spellEnd"/>
      <w:r>
        <w:t xml:space="preserve"> </w:t>
      </w:r>
      <w:proofErr w:type="spellStart"/>
      <w:r>
        <w:t>veriga</w:t>
      </w:r>
      <w:proofErr w:type="spellEnd"/>
      <w:r>
        <w:t xml:space="preserve"> je </w:t>
      </w:r>
      <w:proofErr w:type="spellStart"/>
      <w:r>
        <w:rPr>
          <w:b/>
        </w:rPr>
        <w:t>sistem</w:t>
      </w:r>
      <w:proofErr w:type="spellEnd"/>
      <w:r>
        <w:rPr>
          <w:b/>
        </w:rPr>
        <w:t xml:space="preserve"> vseh aktivnosti</w:t>
      </w:r>
      <w:r>
        <w:t xml:space="preserve">, ki omogočajo </w:t>
      </w:r>
      <w:r>
        <w:rPr>
          <w:b/>
        </w:rPr>
        <w:t>pretok blaga od surovin do končnega potrošnika</w:t>
      </w:r>
      <w:r>
        <w:t xml:space="preserve">. Vključuje </w:t>
      </w:r>
      <w:r>
        <w:rPr>
          <w:b/>
        </w:rPr>
        <w:t>dobavitelje, proizvodnjo, skladiščenje, transport in distribucijo</w:t>
      </w:r>
      <w:r>
        <w:t xml:space="preserve">. </w:t>
      </w:r>
      <w:r>
        <w:rPr>
          <w:b/>
        </w:rPr>
        <w:t>Vsaka faza vpliva na celotno učinkovitost verige</w:t>
      </w:r>
      <w:r>
        <w:t xml:space="preserve">, zato je pomembno, da so </w:t>
      </w:r>
      <w:r>
        <w:rPr>
          <w:b/>
        </w:rPr>
        <w:t>vsi procesi dobro us</w:t>
      </w:r>
      <w:r>
        <w:rPr>
          <w:b/>
        </w:rPr>
        <w:t>klajeni</w:t>
      </w:r>
      <w:r>
        <w:t xml:space="preserve">. Če pride do motnje v eni fazi, se to lahko odrazi v celotni verigi, kar lahko povzroči </w:t>
      </w:r>
      <w:r>
        <w:rPr>
          <w:b/>
        </w:rPr>
        <w:t>zamude ali dodatne stroške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21. Opiši glavne udeležence v logistiki.</w:t>
      </w:r>
    </w:p>
    <w:p w:rsidR="00643FFB" w:rsidRDefault="00F27155" w:rsidP="00F27155">
      <w:pPr>
        <w:jc w:val="both"/>
      </w:pPr>
      <w:r>
        <w:t xml:space="preserve">V </w:t>
      </w:r>
      <w:proofErr w:type="spellStart"/>
      <w:r>
        <w:t>logističnem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sodeluje</w:t>
      </w:r>
      <w:proofErr w:type="spellEnd"/>
      <w:r>
        <w:t xml:space="preserve"> več udeležencev, med katerimi so </w:t>
      </w:r>
      <w:r>
        <w:rPr>
          <w:b/>
        </w:rPr>
        <w:t>najpomembnejši</w:t>
      </w:r>
      <w:r>
        <w:rPr>
          <w:b/>
        </w:rPr>
        <w:t xml:space="preserve"> proizvajalec (izvoznik), kupec (uvoznik), prevoznik, špediter in carinski organi</w:t>
      </w:r>
      <w:r>
        <w:t xml:space="preserve">. Proizvajalec </w:t>
      </w:r>
      <w:r>
        <w:rPr>
          <w:b/>
        </w:rPr>
        <w:t>organizira proizvodnjo</w:t>
      </w:r>
      <w:r>
        <w:t xml:space="preserve">, kupec </w:t>
      </w:r>
      <w:r>
        <w:rPr>
          <w:b/>
        </w:rPr>
        <w:t>prevzame blago</w:t>
      </w:r>
      <w:r>
        <w:t xml:space="preserve">, prevoznik ga </w:t>
      </w:r>
      <w:r>
        <w:rPr>
          <w:b/>
        </w:rPr>
        <w:t>transportira</w:t>
      </w:r>
      <w:r>
        <w:t xml:space="preserve">, špediter pa </w:t>
      </w:r>
      <w:r>
        <w:rPr>
          <w:b/>
        </w:rPr>
        <w:t>organizira celoten logistični proces</w:t>
      </w:r>
      <w:r>
        <w:t xml:space="preserve">. Carina </w:t>
      </w:r>
      <w:r>
        <w:rPr>
          <w:b/>
        </w:rPr>
        <w:t>nadzoruje zakonitost prehoda b</w:t>
      </w:r>
      <w:r>
        <w:rPr>
          <w:b/>
        </w:rPr>
        <w:t>laga čez mejo</w:t>
      </w:r>
      <w:r>
        <w:t xml:space="preserve">. Vsak udeleženec ima </w:t>
      </w:r>
      <w:r>
        <w:rPr>
          <w:b/>
        </w:rPr>
        <w:t>jasno določeno vlogo</w:t>
      </w:r>
      <w:r>
        <w:t xml:space="preserve">, ki je ključna za </w:t>
      </w:r>
      <w:r>
        <w:rPr>
          <w:b/>
        </w:rPr>
        <w:t>uspešno izvedbo transporta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22. Pojasni vlogo špediterja.</w:t>
      </w:r>
    </w:p>
    <w:p w:rsidR="00643FFB" w:rsidRDefault="00F27155" w:rsidP="00F27155">
      <w:pPr>
        <w:jc w:val="both"/>
      </w:pPr>
      <w:proofErr w:type="spellStart"/>
      <w:r>
        <w:t>Špediter</w:t>
      </w:r>
      <w:proofErr w:type="spellEnd"/>
      <w:r>
        <w:t xml:space="preserve"> je </w:t>
      </w:r>
      <w:proofErr w:type="spellStart"/>
      <w:r>
        <w:rPr>
          <w:b/>
        </w:rPr>
        <w:t>logistični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strokovnjak</w:t>
      </w:r>
      <w:proofErr w:type="spellEnd"/>
      <w:r>
        <w:t xml:space="preserve">, ki </w:t>
      </w:r>
      <w:r>
        <w:rPr>
          <w:b/>
        </w:rPr>
        <w:t>organizira transport blaga od pošiljatelja do prejemnika</w:t>
      </w:r>
      <w:r>
        <w:t>. Njegove naloge</w:t>
      </w:r>
      <w:r>
        <w:t xml:space="preserve"> vključujejo </w:t>
      </w:r>
      <w:r>
        <w:rPr>
          <w:b/>
        </w:rPr>
        <w:t>izbiro transportnega sredstva</w:t>
      </w:r>
      <w:r>
        <w:t xml:space="preserve">, </w:t>
      </w:r>
      <w:r>
        <w:rPr>
          <w:b/>
        </w:rPr>
        <w:t>pripravo dokumentacije</w:t>
      </w:r>
      <w:r>
        <w:t xml:space="preserve">, </w:t>
      </w:r>
      <w:r>
        <w:rPr>
          <w:b/>
        </w:rPr>
        <w:t>komunikacijo s prevozniki in carino</w:t>
      </w:r>
      <w:r>
        <w:t xml:space="preserve"> ter </w:t>
      </w:r>
      <w:r>
        <w:rPr>
          <w:b/>
        </w:rPr>
        <w:t>optimizacijo stroškov</w:t>
      </w:r>
      <w:r>
        <w:t xml:space="preserve">. Špediter ima pomembno vlogo, saj podjetju pomaga </w:t>
      </w:r>
      <w:r>
        <w:rPr>
          <w:b/>
        </w:rPr>
        <w:t>zmanjšati tveganja</w:t>
      </w:r>
      <w:r>
        <w:t xml:space="preserve"> in </w:t>
      </w:r>
      <w:r>
        <w:rPr>
          <w:b/>
        </w:rPr>
        <w:t>izboljšati učinkovitost logističnega procesa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 xml:space="preserve">23. </w:t>
      </w:r>
      <w:r>
        <w:rPr>
          <w:b/>
        </w:rPr>
        <w:t>Pojasni pomen mednarodnega transporta.</w:t>
      </w:r>
    </w:p>
    <w:p w:rsidR="00643FFB" w:rsidRDefault="00F27155" w:rsidP="00F27155">
      <w:pPr>
        <w:jc w:val="both"/>
      </w:pPr>
      <w:proofErr w:type="spellStart"/>
      <w:r>
        <w:t>Mednarodni</w:t>
      </w:r>
      <w:proofErr w:type="spellEnd"/>
      <w:r>
        <w:t xml:space="preserve"> transport je </w:t>
      </w:r>
      <w:proofErr w:type="spellStart"/>
      <w:r>
        <w:rPr>
          <w:b/>
        </w:rPr>
        <w:t>osnova</w:t>
      </w:r>
      <w:proofErr w:type="spellEnd"/>
      <w:r>
        <w:rPr>
          <w:b/>
        </w:rPr>
        <w:t xml:space="preserve"> svetovne trgovine</w:t>
      </w:r>
      <w:r>
        <w:t xml:space="preserve">, saj omogoča </w:t>
      </w:r>
      <w:r>
        <w:rPr>
          <w:b/>
        </w:rPr>
        <w:t>fizični premik blaga med državami</w:t>
      </w:r>
      <w:r>
        <w:t xml:space="preserve">. Brez njega </w:t>
      </w:r>
      <w:r>
        <w:rPr>
          <w:b/>
        </w:rPr>
        <w:t>mednarodna blagovna menjava ne bi bila mogoča</w:t>
      </w:r>
      <w:r>
        <w:t xml:space="preserve">. Transport </w:t>
      </w:r>
      <w:r>
        <w:rPr>
          <w:b/>
        </w:rPr>
        <w:t>povezuje trge</w:t>
      </w:r>
      <w:r>
        <w:t xml:space="preserve">, omogoča </w:t>
      </w:r>
      <w:r>
        <w:rPr>
          <w:b/>
        </w:rPr>
        <w:t>dostop do surovin in</w:t>
      </w:r>
      <w:r>
        <w:rPr>
          <w:b/>
        </w:rPr>
        <w:t xml:space="preserve"> izdelkov</w:t>
      </w:r>
      <w:r>
        <w:t xml:space="preserve"> ter vpliva na </w:t>
      </w:r>
      <w:r>
        <w:rPr>
          <w:b/>
        </w:rPr>
        <w:t>stroške in hitrost dobave</w:t>
      </w:r>
      <w:r>
        <w:t xml:space="preserve">. Njegova učinkovitost </w:t>
      </w:r>
      <w:r>
        <w:rPr>
          <w:b/>
        </w:rPr>
        <w:t>neposredno vpliva na konkurenčnost podjetij</w:t>
      </w:r>
      <w:r>
        <w:t>.</w:t>
      </w:r>
    </w:p>
    <w:p w:rsidR="00643FFB" w:rsidRDefault="00F27155" w:rsidP="00F27155">
      <w:pPr>
        <w:jc w:val="both"/>
      </w:pPr>
      <w:r>
        <w:rPr>
          <w:b/>
        </w:rPr>
        <w:t>24. Primerjaj različne vrste transporta.</w:t>
      </w:r>
    </w:p>
    <w:p w:rsidR="00643FFB" w:rsidRDefault="00F27155" w:rsidP="00F27155">
      <w:pPr>
        <w:jc w:val="both"/>
      </w:pPr>
      <w:proofErr w:type="spellStart"/>
      <w:r>
        <w:t>Različne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imajo</w:t>
      </w:r>
      <w:proofErr w:type="spellEnd"/>
      <w:r>
        <w:t xml:space="preserve"> </w:t>
      </w:r>
      <w:r>
        <w:rPr>
          <w:b/>
        </w:rPr>
        <w:t>različne prednosti</w:t>
      </w:r>
      <w:r>
        <w:t xml:space="preserve">. </w:t>
      </w:r>
      <w:r>
        <w:rPr>
          <w:b/>
        </w:rPr>
        <w:t>Cestni transport je fleksibilen</w:t>
      </w:r>
      <w:r>
        <w:t xml:space="preserve"> i</w:t>
      </w:r>
      <w:r>
        <w:t xml:space="preserve">n omogoča </w:t>
      </w:r>
      <w:r>
        <w:rPr>
          <w:b/>
        </w:rPr>
        <w:t>dostavo od vrat do vrat</w:t>
      </w:r>
      <w:r>
        <w:t xml:space="preserve">, vendar je dražji na dolge razdalje. </w:t>
      </w:r>
      <w:r>
        <w:rPr>
          <w:b/>
        </w:rPr>
        <w:t>Železniški transport je ekonomičen</w:t>
      </w:r>
      <w:r>
        <w:t xml:space="preserve"> za velike količine blaga in </w:t>
      </w:r>
      <w:r>
        <w:rPr>
          <w:b/>
        </w:rPr>
        <w:t>okolju prijaznejši</w:t>
      </w:r>
      <w:r>
        <w:t xml:space="preserve">, vendar manj fleksibilen. </w:t>
      </w:r>
      <w:r>
        <w:rPr>
          <w:b/>
        </w:rPr>
        <w:t>Pomorski transport je najcenejši</w:t>
      </w:r>
      <w:r>
        <w:t xml:space="preserve"> za velike količine in dolge razdalje, vendar</w:t>
      </w:r>
      <w:r>
        <w:t xml:space="preserve"> počasen. </w:t>
      </w:r>
      <w:r>
        <w:rPr>
          <w:b/>
        </w:rPr>
        <w:t>Letalski transport je najhitrejši</w:t>
      </w:r>
      <w:r>
        <w:t xml:space="preserve">, vendar </w:t>
      </w:r>
      <w:r>
        <w:rPr>
          <w:b/>
        </w:rPr>
        <w:t>najdražji</w:t>
      </w:r>
      <w:r>
        <w:t xml:space="preserve"> in primeren za dragoceno ali nujno blago. Izbira transporta je </w:t>
      </w:r>
      <w:r>
        <w:rPr>
          <w:b/>
        </w:rPr>
        <w:t>odvisna od prioritet podjetja</w:t>
      </w:r>
      <w:r>
        <w:t>.</w:t>
      </w:r>
    </w:p>
    <w:p w:rsidR="00F27155" w:rsidRDefault="00F27155">
      <w:pPr>
        <w:rPr>
          <w:b/>
        </w:rPr>
      </w:pPr>
      <w:r>
        <w:rPr>
          <w:b/>
        </w:rPr>
        <w:br w:type="page"/>
      </w:r>
    </w:p>
    <w:p w:rsidR="00643FFB" w:rsidRDefault="00F27155" w:rsidP="00F27155">
      <w:pPr>
        <w:jc w:val="both"/>
      </w:pPr>
      <w:r>
        <w:rPr>
          <w:b/>
        </w:rPr>
        <w:lastRenderedPageBreak/>
        <w:t>25. Opiši cestni transport.</w:t>
      </w:r>
    </w:p>
    <w:p w:rsidR="00643FFB" w:rsidRDefault="00F27155" w:rsidP="00F27155">
      <w:pPr>
        <w:jc w:val="both"/>
      </w:pPr>
      <w:proofErr w:type="spellStart"/>
      <w:r>
        <w:t>Cestni</w:t>
      </w:r>
      <w:proofErr w:type="spellEnd"/>
      <w:r>
        <w:t xml:space="preserve"> transport je </w:t>
      </w:r>
      <w:proofErr w:type="spellStart"/>
      <w:r>
        <w:rPr>
          <w:b/>
        </w:rPr>
        <w:t>najbolj</w:t>
      </w:r>
      <w:proofErr w:type="spellEnd"/>
      <w:r>
        <w:rPr>
          <w:b/>
        </w:rPr>
        <w:t xml:space="preserve"> fleksibilna oblika transporta</w:t>
      </w:r>
      <w:r>
        <w:t xml:space="preserve">, saj omogoča </w:t>
      </w:r>
      <w:r>
        <w:rPr>
          <w:b/>
        </w:rPr>
        <w:t>neposredno dostavo od vrat do vrat</w:t>
      </w:r>
      <w:r>
        <w:t xml:space="preserve">. Primeren je za </w:t>
      </w:r>
      <w:r>
        <w:rPr>
          <w:b/>
        </w:rPr>
        <w:t>krajše razdalje in manjše količine blaga</w:t>
      </w:r>
      <w:r>
        <w:t xml:space="preserve">. Njegova prednost je </w:t>
      </w:r>
      <w:r>
        <w:rPr>
          <w:b/>
        </w:rPr>
        <w:t>hitrost in prilagodljivost</w:t>
      </w:r>
      <w:r>
        <w:t xml:space="preserve">, slabost pa </w:t>
      </w:r>
      <w:r>
        <w:rPr>
          <w:b/>
        </w:rPr>
        <w:t>višji stroški na daljših razdaljah</w:t>
      </w:r>
      <w:r>
        <w:t xml:space="preserve"> ter </w:t>
      </w:r>
      <w:r>
        <w:rPr>
          <w:b/>
        </w:rPr>
        <w:t>večji vpliv na okolje</w:t>
      </w:r>
      <w:r>
        <w:t>.</w:t>
      </w:r>
    </w:p>
    <w:p w:rsidR="00643FFB" w:rsidRDefault="00F27155">
      <w:r>
        <w:rPr>
          <w:b/>
        </w:rPr>
        <w:t>26. Opiši železniški tra</w:t>
      </w:r>
      <w:r>
        <w:rPr>
          <w:b/>
        </w:rPr>
        <w:t>nsport.</w:t>
      </w:r>
    </w:p>
    <w:p w:rsidR="00643FFB" w:rsidRDefault="00F27155">
      <w:proofErr w:type="spellStart"/>
      <w:r>
        <w:t>Železniški</w:t>
      </w:r>
      <w:proofErr w:type="spellEnd"/>
      <w:r>
        <w:t xml:space="preserve"> transport je </w:t>
      </w:r>
      <w:proofErr w:type="spellStart"/>
      <w:r>
        <w:t>primeren</w:t>
      </w:r>
      <w:proofErr w:type="spellEnd"/>
      <w:r>
        <w:t xml:space="preserve"> za </w:t>
      </w:r>
      <w:r>
        <w:rPr>
          <w:b/>
        </w:rPr>
        <w:t>prevoz velikih količin blaga na dolge razdalje</w:t>
      </w:r>
      <w:r>
        <w:t xml:space="preserve">. Je </w:t>
      </w:r>
      <w:r>
        <w:rPr>
          <w:b/>
        </w:rPr>
        <w:t>zanesljiv, ekonomičen in okolju prijaznejši</w:t>
      </w:r>
      <w:r>
        <w:t xml:space="preserve"> kot cestni transport. Slabost je </w:t>
      </w:r>
      <w:r>
        <w:rPr>
          <w:b/>
        </w:rPr>
        <w:t>manjša fleksibilnost</w:t>
      </w:r>
      <w:r>
        <w:t xml:space="preserve">, saj je </w:t>
      </w:r>
      <w:r>
        <w:rPr>
          <w:b/>
        </w:rPr>
        <w:t>vezan na železniško infrastrukturo</w:t>
      </w:r>
      <w:r>
        <w:t xml:space="preserve">, zato </w:t>
      </w:r>
      <w:r>
        <w:rPr>
          <w:b/>
        </w:rPr>
        <w:t>pogos</w:t>
      </w:r>
      <w:r>
        <w:rPr>
          <w:b/>
        </w:rPr>
        <w:t>to zahteva dodatni transport</w:t>
      </w:r>
      <w:r>
        <w:t>.</w:t>
      </w:r>
    </w:p>
    <w:p w:rsidR="00643FFB" w:rsidRDefault="00F27155">
      <w:r>
        <w:rPr>
          <w:b/>
        </w:rPr>
        <w:t>27. Opiši pomorski transport.</w:t>
      </w:r>
    </w:p>
    <w:p w:rsidR="00643FFB" w:rsidRDefault="00F27155">
      <w:proofErr w:type="spellStart"/>
      <w:r>
        <w:t>Pomorski</w:t>
      </w:r>
      <w:proofErr w:type="spellEnd"/>
      <w:r>
        <w:t xml:space="preserve"> transport je </w:t>
      </w:r>
      <w:proofErr w:type="spellStart"/>
      <w:r>
        <w:rPr>
          <w:b/>
        </w:rPr>
        <w:t>najpomembnejši</w:t>
      </w:r>
      <w:proofErr w:type="spellEnd"/>
      <w:r>
        <w:rPr>
          <w:b/>
        </w:rPr>
        <w:t xml:space="preserve"> za mednarodno trgovino</w:t>
      </w:r>
      <w:r>
        <w:t xml:space="preserve">, saj omogoča </w:t>
      </w:r>
      <w:r>
        <w:rPr>
          <w:b/>
        </w:rPr>
        <w:t>prevoz velikih količin blaga po najnižjih stroških</w:t>
      </w:r>
      <w:r>
        <w:t xml:space="preserve">. Uporablja se predvsem za </w:t>
      </w:r>
      <w:r>
        <w:rPr>
          <w:b/>
        </w:rPr>
        <w:t>surovine in kontejnerski transpor</w:t>
      </w:r>
      <w:r>
        <w:rPr>
          <w:b/>
        </w:rPr>
        <w:t>t</w:t>
      </w:r>
      <w:r>
        <w:t xml:space="preserve">. Njegova slabost je </w:t>
      </w:r>
      <w:r>
        <w:rPr>
          <w:b/>
        </w:rPr>
        <w:t>daljši čas dostave</w:t>
      </w:r>
      <w:r>
        <w:t xml:space="preserve">, vendar je zaradi nizkih stroškov </w:t>
      </w:r>
      <w:r>
        <w:rPr>
          <w:b/>
        </w:rPr>
        <w:t>zelo učinkovit za globalno trgovino</w:t>
      </w:r>
      <w:r>
        <w:t>.</w:t>
      </w:r>
    </w:p>
    <w:p w:rsidR="00643FFB" w:rsidRDefault="00F27155">
      <w:r>
        <w:rPr>
          <w:b/>
        </w:rPr>
        <w:t>28. Opiši letalski transport.</w:t>
      </w:r>
    </w:p>
    <w:p w:rsidR="00643FFB" w:rsidRDefault="00F27155">
      <w:proofErr w:type="spellStart"/>
      <w:r>
        <w:t>Letalski</w:t>
      </w:r>
      <w:proofErr w:type="spellEnd"/>
      <w:r>
        <w:t xml:space="preserve"> transport je </w:t>
      </w:r>
      <w:proofErr w:type="spellStart"/>
      <w:r>
        <w:rPr>
          <w:b/>
        </w:rPr>
        <w:t>najhitrejša</w:t>
      </w:r>
      <w:proofErr w:type="spellEnd"/>
      <w:r>
        <w:rPr>
          <w:b/>
        </w:rPr>
        <w:t xml:space="preserve"> oblika transporta</w:t>
      </w:r>
      <w:r>
        <w:t xml:space="preserve"> in se uporablja za </w:t>
      </w:r>
      <w:r>
        <w:rPr>
          <w:b/>
        </w:rPr>
        <w:t xml:space="preserve">dragoceno, občutljivo ali </w:t>
      </w:r>
      <w:r>
        <w:rPr>
          <w:b/>
        </w:rPr>
        <w:t>nujno blago</w:t>
      </w:r>
      <w:r>
        <w:t xml:space="preserve">. Njegova prednost je </w:t>
      </w:r>
      <w:r>
        <w:rPr>
          <w:b/>
        </w:rPr>
        <w:t>hitrost in visoka stopnja varnosti</w:t>
      </w:r>
      <w:r>
        <w:t xml:space="preserve">, slabost pa </w:t>
      </w:r>
      <w:r>
        <w:rPr>
          <w:b/>
        </w:rPr>
        <w:t>visoki stroški</w:t>
      </w:r>
      <w:r>
        <w:t xml:space="preserve">. Pogosto se uporablja za </w:t>
      </w:r>
      <w:r>
        <w:rPr>
          <w:b/>
        </w:rPr>
        <w:t>elektroniko, zdravila ali pokvarljivo blago</w:t>
      </w:r>
      <w:r>
        <w:t>.</w:t>
      </w:r>
    </w:p>
    <w:p w:rsidR="00643FFB" w:rsidRDefault="00F27155">
      <w:r>
        <w:rPr>
          <w:b/>
        </w:rPr>
        <w:t>29. Pojasni multimodalni transport.</w:t>
      </w:r>
    </w:p>
    <w:p w:rsidR="00643FFB" w:rsidRDefault="00F27155">
      <w:proofErr w:type="spellStart"/>
      <w:r>
        <w:t>Multimodalni</w:t>
      </w:r>
      <w:proofErr w:type="spellEnd"/>
      <w:r>
        <w:t xml:space="preserve"> transport </w:t>
      </w:r>
      <w:proofErr w:type="spellStart"/>
      <w:r>
        <w:t>pomeni</w:t>
      </w:r>
      <w:proofErr w:type="spellEnd"/>
      <w:r>
        <w:t xml:space="preserve"> </w:t>
      </w:r>
      <w:proofErr w:type="spellStart"/>
      <w:r>
        <w:rPr>
          <w:b/>
        </w:rPr>
        <w:t>uporabo</w:t>
      </w:r>
      <w:proofErr w:type="spellEnd"/>
      <w:r>
        <w:rPr>
          <w:b/>
        </w:rPr>
        <w:t xml:space="preserve"> več </w:t>
      </w:r>
      <w:r>
        <w:rPr>
          <w:b/>
        </w:rPr>
        <w:t>različnih transportnih sredstev v enem logističnem procesu</w:t>
      </w:r>
      <w:r>
        <w:t xml:space="preserve">, na primer </w:t>
      </w:r>
      <w:r>
        <w:rPr>
          <w:b/>
        </w:rPr>
        <w:t>kombinacijo ladje, vlaka in tovornjaka</w:t>
      </w:r>
      <w:r>
        <w:t xml:space="preserve">. Prednost je </w:t>
      </w:r>
      <w:r>
        <w:rPr>
          <w:b/>
        </w:rPr>
        <w:t>večja učinkovitost</w:t>
      </w:r>
      <w:r>
        <w:t xml:space="preserve"> in </w:t>
      </w:r>
      <w:r>
        <w:rPr>
          <w:b/>
        </w:rPr>
        <w:t>optimizacija stroškov</w:t>
      </w:r>
      <w:r>
        <w:t xml:space="preserve">, saj se izkoristijo </w:t>
      </w:r>
      <w:r>
        <w:rPr>
          <w:b/>
        </w:rPr>
        <w:t>prednosti posameznih vrst transporta</w:t>
      </w:r>
      <w:r>
        <w:t>.</w:t>
      </w:r>
    </w:p>
    <w:p w:rsidR="00643FFB" w:rsidRDefault="00F27155">
      <w:r>
        <w:rPr>
          <w:b/>
        </w:rPr>
        <w:t>30. Pojasni pomen skladiščen</w:t>
      </w:r>
      <w:r>
        <w:rPr>
          <w:b/>
        </w:rPr>
        <w:t>ja.</w:t>
      </w:r>
    </w:p>
    <w:p w:rsidR="00643FFB" w:rsidRDefault="00F27155">
      <w:proofErr w:type="spellStart"/>
      <w:r>
        <w:t>Skladiščenje</w:t>
      </w:r>
      <w:proofErr w:type="spellEnd"/>
      <w:r>
        <w:t xml:space="preserve"> </w:t>
      </w:r>
      <w:proofErr w:type="spellStart"/>
      <w:r>
        <w:t>omogoča</w:t>
      </w:r>
      <w:proofErr w:type="spellEnd"/>
      <w:r>
        <w:t xml:space="preserve"> </w:t>
      </w:r>
      <w:proofErr w:type="spellStart"/>
      <w:r>
        <w:rPr>
          <w:b/>
        </w:rPr>
        <w:t>začasno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hrambo</w:t>
      </w:r>
      <w:proofErr w:type="spellEnd"/>
      <w:r>
        <w:rPr>
          <w:b/>
        </w:rPr>
        <w:t xml:space="preserve"> blaga</w:t>
      </w:r>
      <w:r>
        <w:t xml:space="preserve"> </w:t>
      </w:r>
      <w:r>
        <w:rPr>
          <w:b/>
        </w:rPr>
        <w:t>med proizvodnjo in distribucijo</w:t>
      </w:r>
      <w:r>
        <w:t xml:space="preserve">. Pomaga </w:t>
      </w:r>
      <w:r>
        <w:rPr>
          <w:b/>
        </w:rPr>
        <w:t>uravnavati ponudbo in povpraševanje</w:t>
      </w:r>
      <w:r>
        <w:t xml:space="preserve"> ter zagotavlja, da je blago </w:t>
      </w:r>
      <w:r>
        <w:rPr>
          <w:b/>
        </w:rPr>
        <w:t>na voljo ob pravem času</w:t>
      </w:r>
      <w:r>
        <w:t xml:space="preserve">. Sodobna skladišča uporabljajo </w:t>
      </w:r>
      <w:r>
        <w:rPr>
          <w:b/>
        </w:rPr>
        <w:t>avtomatizacijo in informacijske sisteme</w:t>
      </w:r>
      <w:r>
        <w:t xml:space="preserve"> za</w:t>
      </w:r>
      <w:r>
        <w:t xml:space="preserve"> </w:t>
      </w:r>
      <w:r>
        <w:rPr>
          <w:b/>
        </w:rPr>
        <w:t>večjo učinkovitost</w:t>
      </w:r>
      <w:r>
        <w:t>.</w:t>
      </w:r>
    </w:p>
    <w:p w:rsidR="00F27155" w:rsidRDefault="00F27155">
      <w:pPr>
        <w:rPr>
          <w:b/>
        </w:rPr>
      </w:pPr>
      <w:r>
        <w:rPr>
          <w:b/>
        </w:rPr>
        <w:br w:type="page"/>
      </w:r>
    </w:p>
    <w:p w:rsidR="00643FFB" w:rsidRDefault="00F27155">
      <w:r>
        <w:rPr>
          <w:b/>
        </w:rPr>
        <w:lastRenderedPageBreak/>
        <w:t>31. Pojasni logistične stroške.</w:t>
      </w:r>
    </w:p>
    <w:p w:rsidR="00643FFB" w:rsidRDefault="00F27155">
      <w:proofErr w:type="spellStart"/>
      <w:r>
        <w:t>Logistični</w:t>
      </w:r>
      <w:proofErr w:type="spellEnd"/>
      <w:r>
        <w:t xml:space="preserve"> </w:t>
      </w:r>
      <w:proofErr w:type="spellStart"/>
      <w:r>
        <w:t>stroški</w:t>
      </w:r>
      <w:proofErr w:type="spellEnd"/>
      <w:r>
        <w:t xml:space="preserve"> </w:t>
      </w:r>
      <w:proofErr w:type="spellStart"/>
      <w:r>
        <w:t>vključujejo</w:t>
      </w:r>
      <w:proofErr w:type="spellEnd"/>
      <w:r>
        <w:t xml:space="preserve"> </w:t>
      </w:r>
      <w:proofErr w:type="spellStart"/>
      <w:r>
        <w:rPr>
          <w:b/>
        </w:rPr>
        <w:t>stroške</w:t>
      </w:r>
      <w:proofErr w:type="spellEnd"/>
      <w:r>
        <w:rPr>
          <w:b/>
        </w:rPr>
        <w:t xml:space="preserve"> transporta, skladiščenja, manipulacije z blagom, administracije in informacijske podpore</w:t>
      </w:r>
      <w:r>
        <w:t xml:space="preserve">. Njihovo </w:t>
      </w:r>
      <w:r>
        <w:rPr>
          <w:b/>
        </w:rPr>
        <w:t>učinkovito upravljanje</w:t>
      </w:r>
      <w:r>
        <w:t xml:space="preserve"> je </w:t>
      </w:r>
      <w:r>
        <w:rPr>
          <w:b/>
        </w:rPr>
        <w:t>ključnega pomena</w:t>
      </w:r>
      <w:r>
        <w:t xml:space="preserve">, saj </w:t>
      </w:r>
      <w:r>
        <w:rPr>
          <w:b/>
        </w:rPr>
        <w:t>neposredno vplivajo na konkurenčnost podjetja</w:t>
      </w:r>
      <w:r>
        <w:t>.</w:t>
      </w:r>
    </w:p>
    <w:p w:rsidR="00643FFB" w:rsidRDefault="00F27155">
      <w:r>
        <w:rPr>
          <w:b/>
        </w:rPr>
        <w:t>32. Pojasni pomen digitalizacije v logistiki.</w:t>
      </w:r>
    </w:p>
    <w:p w:rsidR="00643FFB" w:rsidRDefault="00F27155">
      <w:proofErr w:type="spellStart"/>
      <w:r>
        <w:t>Digitalizacija</w:t>
      </w:r>
      <w:proofErr w:type="spellEnd"/>
      <w:r>
        <w:t xml:space="preserve"> </w:t>
      </w:r>
      <w:proofErr w:type="spellStart"/>
      <w:r>
        <w:t>vključuje</w:t>
      </w:r>
      <w:proofErr w:type="spellEnd"/>
      <w:r>
        <w:t xml:space="preserve"> </w:t>
      </w:r>
      <w:proofErr w:type="spellStart"/>
      <w:r>
        <w:rPr>
          <w:b/>
        </w:rPr>
        <w:t>uporabo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sodobnih</w:t>
      </w:r>
      <w:proofErr w:type="spellEnd"/>
      <w:r>
        <w:rPr>
          <w:b/>
        </w:rPr>
        <w:t xml:space="preserve"> tehnologij</w:t>
      </w:r>
      <w:r>
        <w:t xml:space="preserve">, kot so </w:t>
      </w:r>
      <w:r>
        <w:rPr>
          <w:b/>
        </w:rPr>
        <w:t>IoT, umetna inteligenca in avtomatizacija</w:t>
      </w:r>
      <w:r>
        <w:t xml:space="preserve">. Omogoča </w:t>
      </w:r>
      <w:r>
        <w:rPr>
          <w:b/>
        </w:rPr>
        <w:t>boljše sledenje pošiljk</w:t>
      </w:r>
      <w:r>
        <w:t xml:space="preserve">, </w:t>
      </w:r>
      <w:r>
        <w:rPr>
          <w:b/>
        </w:rPr>
        <w:t xml:space="preserve">optimizacijo </w:t>
      </w:r>
      <w:r>
        <w:rPr>
          <w:b/>
        </w:rPr>
        <w:t>poti</w:t>
      </w:r>
      <w:r>
        <w:t xml:space="preserve"> in </w:t>
      </w:r>
      <w:r>
        <w:rPr>
          <w:b/>
        </w:rPr>
        <w:t>hitrejše odločanje</w:t>
      </w:r>
      <w:r>
        <w:t xml:space="preserve">. Digitalna logistika je danes </w:t>
      </w:r>
      <w:r>
        <w:rPr>
          <w:b/>
        </w:rPr>
        <w:t>nujna za konkurenčnost podjetij</w:t>
      </w:r>
      <w:r>
        <w:t>.</w:t>
      </w:r>
    </w:p>
    <w:p w:rsidR="00643FFB" w:rsidRDefault="00F27155">
      <w:r>
        <w:rPr>
          <w:b/>
        </w:rPr>
        <w:t>33. Pojasni trajnostno logistiko.</w:t>
      </w:r>
    </w:p>
    <w:p w:rsidR="00643FFB" w:rsidRDefault="00F27155">
      <w:proofErr w:type="spellStart"/>
      <w:r>
        <w:t>Trajnostna</w:t>
      </w:r>
      <w:proofErr w:type="spellEnd"/>
      <w:r>
        <w:t xml:space="preserve"> </w:t>
      </w:r>
      <w:proofErr w:type="spellStart"/>
      <w:r>
        <w:t>logistika</w:t>
      </w:r>
      <w:proofErr w:type="spellEnd"/>
      <w:r>
        <w:t xml:space="preserve"> </w:t>
      </w:r>
      <w:proofErr w:type="spellStart"/>
      <w:r>
        <w:t>pomeni</w:t>
      </w:r>
      <w:proofErr w:type="spellEnd"/>
      <w:r>
        <w:t xml:space="preserve"> </w:t>
      </w:r>
      <w:proofErr w:type="spellStart"/>
      <w:r>
        <w:rPr>
          <w:b/>
        </w:rPr>
        <w:t>zmanjševanje</w:t>
      </w:r>
      <w:proofErr w:type="spellEnd"/>
      <w:r>
        <w:rPr>
          <w:b/>
        </w:rPr>
        <w:t xml:space="preserve"> negativnih vplivov na okolje</w:t>
      </w:r>
      <w:r>
        <w:t xml:space="preserve">, na primer z uporabo </w:t>
      </w:r>
      <w:r>
        <w:rPr>
          <w:b/>
        </w:rPr>
        <w:t>okolju prijaznih transportni</w:t>
      </w:r>
      <w:r>
        <w:rPr>
          <w:b/>
        </w:rPr>
        <w:t>h sredstev</w:t>
      </w:r>
      <w:r>
        <w:t xml:space="preserve">, </w:t>
      </w:r>
      <w:r>
        <w:rPr>
          <w:b/>
        </w:rPr>
        <w:t>optimizacijo poti</w:t>
      </w:r>
      <w:r>
        <w:t xml:space="preserve"> in </w:t>
      </w:r>
      <w:r>
        <w:rPr>
          <w:b/>
        </w:rPr>
        <w:t>zmanjševanjem emisij</w:t>
      </w:r>
      <w:r>
        <w:t xml:space="preserve">. Postaja </w:t>
      </w:r>
      <w:r>
        <w:rPr>
          <w:b/>
        </w:rPr>
        <w:t>vse pomembnejša zaradi okoljskih zahtev in zakonodaje</w:t>
      </w:r>
      <w:r>
        <w:t>.</w:t>
      </w:r>
    </w:p>
    <w:p w:rsidR="00643FFB" w:rsidRDefault="00643FFB"/>
    <w:p w:rsidR="00643FFB" w:rsidRDefault="00F27155" w:rsidP="00F27155">
      <w:pPr>
        <w:pStyle w:val="Odstavekseznama"/>
        <w:numPr>
          <w:ilvl w:val="0"/>
          <w:numId w:val="15"/>
        </w:numPr>
      </w:pPr>
      <w:r w:rsidRPr="00F27155">
        <w:rPr>
          <w:b/>
          <w:sz w:val="26"/>
        </w:rPr>
        <w:t>TRGOVSKE POGODBE IN INCOTERMS</w:t>
      </w:r>
      <w:bookmarkStart w:id="0" w:name="_GoBack"/>
      <w:bookmarkEnd w:id="0"/>
    </w:p>
    <w:p w:rsidR="00643FFB" w:rsidRDefault="00F27155">
      <w:r>
        <w:rPr>
          <w:b/>
        </w:rPr>
        <w:t>3</w:t>
      </w:r>
      <w:r>
        <w:rPr>
          <w:b/>
        </w:rPr>
        <w:t>4. Kaj je trgovska pogodba in zakaj je pomembna?</w:t>
      </w:r>
    </w:p>
    <w:p w:rsidR="00643FFB" w:rsidRDefault="00F27155">
      <w:proofErr w:type="spellStart"/>
      <w:r>
        <w:t>Trgovska</w:t>
      </w:r>
      <w:proofErr w:type="spellEnd"/>
      <w:r>
        <w:t xml:space="preserve"> </w:t>
      </w:r>
      <w:proofErr w:type="spellStart"/>
      <w:r>
        <w:t>pogodba</w:t>
      </w:r>
      <w:proofErr w:type="spellEnd"/>
      <w:r>
        <w:t xml:space="preserve"> je </w:t>
      </w:r>
      <w:proofErr w:type="spellStart"/>
      <w:r>
        <w:rPr>
          <w:b/>
        </w:rPr>
        <w:t>pravni</w:t>
      </w:r>
      <w:proofErr w:type="spellEnd"/>
      <w:r>
        <w:rPr>
          <w:b/>
        </w:rPr>
        <w:t xml:space="preserve"> dokument</w:t>
      </w:r>
      <w:r>
        <w:t>, ki</w:t>
      </w:r>
      <w:r>
        <w:t xml:space="preserve"> </w:t>
      </w:r>
      <w:r>
        <w:rPr>
          <w:b/>
        </w:rPr>
        <w:t>določa pravice, obveznosti in odgovornosti</w:t>
      </w:r>
      <w:r>
        <w:t xml:space="preserve"> </w:t>
      </w:r>
      <w:r>
        <w:rPr>
          <w:b/>
        </w:rPr>
        <w:t>med kupcem in prodajalcem</w:t>
      </w:r>
      <w:r>
        <w:t xml:space="preserve">. V mednarodni trgovini je </w:t>
      </w:r>
      <w:r>
        <w:rPr>
          <w:b/>
        </w:rPr>
        <w:t>še posebej pomembna</w:t>
      </w:r>
      <w:r>
        <w:t xml:space="preserve">, saj vključuje </w:t>
      </w:r>
      <w:r>
        <w:rPr>
          <w:b/>
        </w:rPr>
        <w:t>različne pravne sisteme in večje tveganje</w:t>
      </w:r>
      <w:r>
        <w:t xml:space="preserve">. Dobro pripravljena pogodba </w:t>
      </w:r>
      <w:r>
        <w:rPr>
          <w:b/>
        </w:rPr>
        <w:t>zmanjšuje možnost sporov</w:t>
      </w:r>
      <w:r>
        <w:t xml:space="preserve"> in </w:t>
      </w:r>
      <w:r>
        <w:rPr>
          <w:b/>
        </w:rPr>
        <w:t>zagotavlja varno izvedbo po</w:t>
      </w:r>
      <w:r>
        <w:rPr>
          <w:b/>
        </w:rPr>
        <w:t>sla</w:t>
      </w:r>
      <w:r>
        <w:t>.</w:t>
      </w:r>
    </w:p>
    <w:p w:rsidR="00643FFB" w:rsidRDefault="00F27155">
      <w:r>
        <w:rPr>
          <w:b/>
        </w:rPr>
        <w:t>35. Kaj vsebuje trgovska pogodba?</w:t>
      </w:r>
    </w:p>
    <w:p w:rsidR="00643FFB" w:rsidRDefault="00F27155">
      <w:proofErr w:type="spellStart"/>
      <w:r>
        <w:t>Pogodba</w:t>
      </w:r>
      <w:proofErr w:type="spellEnd"/>
      <w:r>
        <w:t xml:space="preserve"> </w:t>
      </w:r>
      <w:proofErr w:type="spellStart"/>
      <w:r>
        <w:t>vsebuje</w:t>
      </w:r>
      <w:proofErr w:type="spellEnd"/>
      <w:r>
        <w:t xml:space="preserve"> </w:t>
      </w:r>
      <w:proofErr w:type="spellStart"/>
      <w:r>
        <w:rPr>
          <w:b/>
        </w:rPr>
        <w:t>ključne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elemente</w:t>
      </w:r>
      <w:proofErr w:type="spellEnd"/>
      <w:r>
        <w:t xml:space="preserve">, kot so </w:t>
      </w:r>
      <w:r>
        <w:rPr>
          <w:b/>
        </w:rPr>
        <w:t>opis blaga</w:t>
      </w:r>
      <w:r>
        <w:t xml:space="preserve">, </w:t>
      </w:r>
      <w:r>
        <w:rPr>
          <w:b/>
        </w:rPr>
        <w:t>cena</w:t>
      </w:r>
      <w:r>
        <w:t xml:space="preserve">, </w:t>
      </w:r>
      <w:r>
        <w:rPr>
          <w:b/>
        </w:rPr>
        <w:t>plačilni pogoji</w:t>
      </w:r>
      <w:r>
        <w:t xml:space="preserve">, </w:t>
      </w:r>
      <w:r>
        <w:rPr>
          <w:b/>
        </w:rPr>
        <w:t>dobavni rok</w:t>
      </w:r>
      <w:r>
        <w:t xml:space="preserve">, </w:t>
      </w:r>
      <w:r>
        <w:rPr>
          <w:b/>
        </w:rPr>
        <w:t>kraj dobave</w:t>
      </w:r>
      <w:r>
        <w:t xml:space="preserve">, </w:t>
      </w:r>
      <w:r>
        <w:rPr>
          <w:b/>
        </w:rPr>
        <w:t>INCOTERMS klavzule</w:t>
      </w:r>
      <w:r>
        <w:t xml:space="preserve"> ter </w:t>
      </w:r>
      <w:r>
        <w:rPr>
          <w:b/>
        </w:rPr>
        <w:t>način reševanja sporov</w:t>
      </w:r>
      <w:r>
        <w:t xml:space="preserve">. Vsi ti elementi morajo biti </w:t>
      </w:r>
      <w:r>
        <w:rPr>
          <w:b/>
        </w:rPr>
        <w:t>jasno določeni</w:t>
      </w:r>
      <w:r>
        <w:t xml:space="preserve">, da se </w:t>
      </w:r>
      <w:r>
        <w:rPr>
          <w:b/>
        </w:rPr>
        <w:t>prepr</w:t>
      </w:r>
      <w:r>
        <w:rPr>
          <w:b/>
        </w:rPr>
        <w:t>ečijo nesporazumi</w:t>
      </w:r>
      <w:r>
        <w:t>.</w:t>
      </w:r>
    </w:p>
    <w:p w:rsidR="00643FFB" w:rsidRDefault="00F27155">
      <w:r>
        <w:rPr>
          <w:b/>
        </w:rPr>
        <w:t>36. Pojasni pomen INCOTERMS klavzul.</w:t>
      </w:r>
    </w:p>
    <w:p w:rsidR="00643FFB" w:rsidRDefault="00F27155">
      <w:r>
        <w:t xml:space="preserve">INCOTERMS </w:t>
      </w:r>
      <w:proofErr w:type="spellStart"/>
      <w:r>
        <w:t>klavzule</w:t>
      </w:r>
      <w:proofErr w:type="spellEnd"/>
      <w:r>
        <w:t xml:space="preserve"> so </w:t>
      </w:r>
      <w:proofErr w:type="spellStart"/>
      <w:r>
        <w:rPr>
          <w:b/>
        </w:rPr>
        <w:t>mednarodna</w:t>
      </w:r>
      <w:proofErr w:type="spellEnd"/>
      <w:r>
        <w:rPr>
          <w:b/>
        </w:rPr>
        <w:t xml:space="preserve"> pravila</w:t>
      </w:r>
      <w:r>
        <w:t xml:space="preserve">, ki določajo </w:t>
      </w:r>
      <w:r>
        <w:rPr>
          <w:b/>
        </w:rPr>
        <w:t>delitev stroškov, tveganj in odgovornosti</w:t>
      </w:r>
      <w:r>
        <w:t xml:space="preserve"> </w:t>
      </w:r>
      <w:r>
        <w:rPr>
          <w:b/>
        </w:rPr>
        <w:t>med kupcem in prodajalcem</w:t>
      </w:r>
      <w:r>
        <w:t xml:space="preserve">. Jasno določajo, </w:t>
      </w:r>
      <w:r>
        <w:rPr>
          <w:b/>
        </w:rPr>
        <w:t xml:space="preserve">kdo je odgovoren za transport, zavarovanje in </w:t>
      </w:r>
      <w:r>
        <w:rPr>
          <w:b/>
        </w:rPr>
        <w:t>carinske postopke</w:t>
      </w:r>
      <w:r>
        <w:t>.</w:t>
      </w:r>
    </w:p>
    <w:p w:rsidR="00F27155" w:rsidRDefault="00F27155">
      <w:pPr>
        <w:rPr>
          <w:b/>
        </w:rPr>
      </w:pPr>
      <w:r>
        <w:rPr>
          <w:b/>
        </w:rPr>
        <w:br w:type="page"/>
      </w:r>
    </w:p>
    <w:p w:rsidR="00643FFB" w:rsidRDefault="00F27155">
      <w:r>
        <w:rPr>
          <w:b/>
        </w:rPr>
        <w:lastRenderedPageBreak/>
        <w:t>37. Navedi skupine INCOTERMS.</w:t>
      </w:r>
    </w:p>
    <w:p w:rsidR="00643FFB" w:rsidRDefault="00F27155">
      <w:r>
        <w:t xml:space="preserve">INCOTERMS so </w:t>
      </w:r>
      <w:proofErr w:type="spellStart"/>
      <w:r>
        <w:t>razdeljeni</w:t>
      </w:r>
      <w:proofErr w:type="spellEnd"/>
      <w:r>
        <w:t xml:space="preserve"> v </w:t>
      </w:r>
      <w:r>
        <w:rPr>
          <w:b/>
        </w:rPr>
        <w:t>štiri skupine</w:t>
      </w:r>
      <w:r>
        <w:t xml:space="preserve">: </w:t>
      </w:r>
      <w:r>
        <w:rPr>
          <w:b/>
        </w:rPr>
        <w:t>E (minimalne obveznosti prodajalca)</w:t>
      </w:r>
      <w:r>
        <w:t xml:space="preserve">, </w:t>
      </w:r>
      <w:r>
        <w:rPr>
          <w:b/>
        </w:rPr>
        <w:t>F (predaja prevozniku)</w:t>
      </w:r>
      <w:r>
        <w:t xml:space="preserve">, </w:t>
      </w:r>
      <w:r>
        <w:rPr>
          <w:b/>
        </w:rPr>
        <w:t>C (prodajalec plača transport)</w:t>
      </w:r>
      <w:r>
        <w:t xml:space="preserve"> in </w:t>
      </w:r>
      <w:r>
        <w:rPr>
          <w:b/>
        </w:rPr>
        <w:t>D (prodajalec nosi največ odgovornosti)</w:t>
      </w:r>
      <w:r>
        <w:t>.</w:t>
      </w:r>
    </w:p>
    <w:p w:rsidR="00643FFB" w:rsidRDefault="00F27155">
      <w:r>
        <w:rPr>
          <w:b/>
        </w:rPr>
        <w:t xml:space="preserve">38. Pojasni </w:t>
      </w:r>
      <w:r>
        <w:rPr>
          <w:b/>
        </w:rPr>
        <w:t>razliko med EXW in DDP.</w:t>
      </w:r>
    </w:p>
    <w:p w:rsidR="00643FFB" w:rsidRDefault="00F27155">
      <w:proofErr w:type="spellStart"/>
      <w:r>
        <w:t>Pri</w:t>
      </w:r>
      <w:proofErr w:type="spellEnd"/>
      <w:r>
        <w:t xml:space="preserve"> </w:t>
      </w:r>
      <w:r>
        <w:rPr>
          <w:b/>
        </w:rPr>
        <w:t>EXW (Ex Works)</w:t>
      </w:r>
      <w:r>
        <w:t xml:space="preserve"> prodajalec zagotovi blago na svojem dvorišču, </w:t>
      </w:r>
      <w:r>
        <w:rPr>
          <w:b/>
        </w:rPr>
        <w:t>kupec pa nosi vse stroške in tveganja</w:t>
      </w:r>
      <w:r>
        <w:t xml:space="preserve">. Pri </w:t>
      </w:r>
      <w:r>
        <w:rPr>
          <w:b/>
        </w:rPr>
        <w:t>DDP (Delivered Duty Paid)</w:t>
      </w:r>
      <w:r>
        <w:t xml:space="preserve"> pa </w:t>
      </w:r>
      <w:r>
        <w:rPr>
          <w:b/>
        </w:rPr>
        <w:t>prodajalec nosi vse stroške</w:t>
      </w:r>
      <w:r>
        <w:t xml:space="preserve">, vključno s </w:t>
      </w:r>
      <w:r>
        <w:rPr>
          <w:b/>
        </w:rPr>
        <w:t>transportom in carino</w:t>
      </w:r>
      <w:r>
        <w:t xml:space="preserve">, </w:t>
      </w:r>
      <w:r>
        <w:rPr>
          <w:b/>
        </w:rPr>
        <w:t>do dostave kupcu</w:t>
      </w:r>
      <w:r>
        <w:t>.</w:t>
      </w:r>
    </w:p>
    <w:p w:rsidR="00643FFB" w:rsidRDefault="00F27155">
      <w:r>
        <w:rPr>
          <w:b/>
        </w:rPr>
        <w:t>3</w:t>
      </w:r>
      <w:r>
        <w:rPr>
          <w:b/>
        </w:rPr>
        <w:t>9. Opiši vlogo prevoznika.</w:t>
      </w:r>
    </w:p>
    <w:p w:rsidR="00643FFB" w:rsidRDefault="00F27155">
      <w:proofErr w:type="spellStart"/>
      <w:r>
        <w:t>Prevoznik</w:t>
      </w:r>
      <w:proofErr w:type="spellEnd"/>
      <w:r>
        <w:t xml:space="preserve"> je </w:t>
      </w:r>
      <w:proofErr w:type="spellStart"/>
      <w:r>
        <w:rPr>
          <w:b/>
        </w:rPr>
        <w:t>odgovoren</w:t>
      </w:r>
      <w:proofErr w:type="spellEnd"/>
      <w:r>
        <w:rPr>
          <w:b/>
        </w:rPr>
        <w:t xml:space="preserve"> za fizični transport blaga</w:t>
      </w:r>
      <w:r>
        <w:t xml:space="preserve">. Skrbi za njegovo </w:t>
      </w:r>
      <w:r>
        <w:rPr>
          <w:b/>
        </w:rPr>
        <w:t>varnost</w:t>
      </w:r>
      <w:r>
        <w:t xml:space="preserve">, </w:t>
      </w:r>
      <w:r>
        <w:rPr>
          <w:b/>
        </w:rPr>
        <w:t>pravočasno dostavo</w:t>
      </w:r>
      <w:r>
        <w:t xml:space="preserve"> in </w:t>
      </w:r>
      <w:r>
        <w:rPr>
          <w:b/>
        </w:rPr>
        <w:t>izdajo transportnih dokumentov</w:t>
      </w:r>
      <w:r>
        <w:t xml:space="preserve">. Prav tako nosi določeno </w:t>
      </w:r>
      <w:r>
        <w:rPr>
          <w:b/>
        </w:rPr>
        <w:t>odgovornost za poškodbe ali izgubo blaga med transportom</w:t>
      </w:r>
      <w:r>
        <w:t>.</w:t>
      </w:r>
    </w:p>
    <w:p w:rsidR="00643FFB" w:rsidRDefault="00F27155">
      <w:r>
        <w:rPr>
          <w:b/>
        </w:rPr>
        <w:t>40.</w:t>
      </w:r>
      <w:r>
        <w:rPr>
          <w:b/>
        </w:rPr>
        <w:t xml:space="preserve"> Pojasni pomen transportnih dokumentov.</w:t>
      </w:r>
    </w:p>
    <w:p w:rsidR="00643FFB" w:rsidRDefault="00F27155">
      <w:proofErr w:type="spellStart"/>
      <w:r>
        <w:t>Transportni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rPr>
          <w:b/>
        </w:rPr>
        <w:t>dokazujejo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sklenitev</w:t>
      </w:r>
      <w:proofErr w:type="spellEnd"/>
      <w:r>
        <w:rPr>
          <w:b/>
        </w:rPr>
        <w:t xml:space="preserve"> prevozne pogodbe</w:t>
      </w:r>
      <w:r>
        <w:t xml:space="preserve">, </w:t>
      </w:r>
      <w:r>
        <w:rPr>
          <w:b/>
        </w:rPr>
        <w:t>prevzem blaga</w:t>
      </w:r>
      <w:r>
        <w:t xml:space="preserve"> in </w:t>
      </w:r>
      <w:r>
        <w:rPr>
          <w:b/>
        </w:rPr>
        <w:t>pogoje transporta</w:t>
      </w:r>
      <w:r>
        <w:t xml:space="preserve">. Nekateri dokumenti, kot je </w:t>
      </w:r>
      <w:r>
        <w:rPr>
          <w:b/>
        </w:rPr>
        <w:t>Bill of Lading</w:t>
      </w:r>
      <w:r>
        <w:t xml:space="preserve">, imajo tudi </w:t>
      </w:r>
      <w:r>
        <w:rPr>
          <w:b/>
        </w:rPr>
        <w:t>funkcijo lastniškega dokumenta</w:t>
      </w:r>
      <w:r>
        <w:t>, kar pomeni, da omogočajo</w:t>
      </w:r>
      <w:r>
        <w:t xml:space="preserve"> </w:t>
      </w:r>
      <w:r>
        <w:rPr>
          <w:b/>
        </w:rPr>
        <w:t>prenos lastništva blaga</w:t>
      </w:r>
      <w:r>
        <w:t xml:space="preserve">. So </w:t>
      </w:r>
      <w:r>
        <w:rPr>
          <w:b/>
        </w:rPr>
        <w:t>ključni za carinske postopke in plačila</w:t>
      </w:r>
      <w:r>
        <w:t>.</w:t>
      </w:r>
    </w:p>
    <w:p w:rsidR="00643FFB" w:rsidRDefault="00643FFB"/>
    <w:sectPr w:rsidR="00643FF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B24A57"/>
    <w:multiLevelType w:val="hybridMultilevel"/>
    <w:tmpl w:val="5E322192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81EA4"/>
    <w:multiLevelType w:val="hybridMultilevel"/>
    <w:tmpl w:val="5060CB12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F14FC"/>
    <w:multiLevelType w:val="hybridMultilevel"/>
    <w:tmpl w:val="07827F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9033C"/>
    <w:multiLevelType w:val="hybridMultilevel"/>
    <w:tmpl w:val="2442405E"/>
    <w:lvl w:ilvl="0" w:tplc="5308BA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74F33"/>
    <w:multiLevelType w:val="hybridMultilevel"/>
    <w:tmpl w:val="5650C012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42F67"/>
    <w:multiLevelType w:val="hybridMultilevel"/>
    <w:tmpl w:val="A3E6552E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43FFB"/>
    <w:rsid w:val="00AA1D8D"/>
    <w:rsid w:val="00B47730"/>
    <w:rsid w:val="00CB0664"/>
    <w:rsid w:val="00F271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76482"/>
  <w14:defaultImageDpi w14:val="300"/>
  <w15:docId w15:val="{8A26F9EA-F61E-4E4C-A19C-B2FFE3E5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C693F"/>
    <w:rPr>
      <w:rFonts w:ascii="Times New Roman" w:hAnsi="Times New Roman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DAC737-C48B-4471-9353-C4870350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2265</Words>
  <Characters>12917</Characters>
  <Application>Microsoft Office Word</Application>
  <DocSecurity>0</DocSecurity>
  <Lines>107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 Ježica</cp:lastModifiedBy>
  <cp:revision>2</cp:revision>
  <dcterms:created xsi:type="dcterms:W3CDTF">2026-03-17T17:21:00Z</dcterms:created>
  <dcterms:modified xsi:type="dcterms:W3CDTF">2026-03-17T17:21:00Z</dcterms:modified>
  <cp:category/>
</cp:coreProperties>
</file>